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0828"/>
      </w:tblGrid>
      <w:tr w:rsidR="007E39AC" w14:paraId="52F18D1E" w14:textId="77777777">
        <w:tc>
          <w:tcPr>
            <w:tcW w:w="10368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2C2C2C"/>
            </w:tcBorders>
            <w:shd w:val="clear" w:color="auto" w:fill="2C2C2C"/>
            <w:tcMar>
              <w:top w:w="260" w:type="dxa"/>
              <w:left w:w="230" w:type="dxa"/>
              <w:bottom w:w="260" w:type="dxa"/>
              <w:right w:w="230" w:type="dxa"/>
            </w:tcMar>
          </w:tcPr>
          <w:p w14:paraId="066464D4" w14:textId="77777777" w:rsidR="007E39AC" w:rsidRDefault="00061FC5" w:rsidP="00896E56">
            <w:pPr>
              <w:jc w:val="center"/>
            </w:pPr>
            <w:proofErr w:type="spellStart"/>
            <w:r>
              <w:rPr>
                <w:b/>
                <w:color w:val="FFFFFF"/>
                <w:sz w:val="48"/>
              </w:rPr>
              <w:t>Formularz</w:t>
            </w:r>
            <w:proofErr w:type="spellEnd"/>
            <w:r>
              <w:rPr>
                <w:b/>
                <w:color w:val="FFFFFF"/>
                <w:sz w:val="48"/>
              </w:rPr>
              <w:t xml:space="preserve"> do </w:t>
            </w:r>
            <w:proofErr w:type="spellStart"/>
            <w:r>
              <w:rPr>
                <w:b/>
                <w:color w:val="FFFFFF"/>
                <w:sz w:val="48"/>
              </w:rPr>
              <w:t>Analizy</w:t>
            </w:r>
            <w:proofErr w:type="spellEnd"/>
            <w:r>
              <w:rPr>
                <w:b/>
                <w:color w:val="FFFFFF"/>
                <w:sz w:val="48"/>
              </w:rPr>
              <w:t xml:space="preserve"> </w:t>
            </w:r>
            <w:proofErr w:type="spellStart"/>
            <w:r>
              <w:rPr>
                <w:b/>
                <w:color w:val="FFFFFF"/>
                <w:sz w:val="48"/>
              </w:rPr>
              <w:t>Sylwetki</w:t>
            </w:r>
            <w:proofErr w:type="spellEnd"/>
          </w:p>
          <w:p w14:paraId="547CCDD7" w14:textId="77777777" w:rsidR="007E39AC" w:rsidRDefault="00061FC5" w:rsidP="00896E56">
            <w:pPr>
              <w:jc w:val="center"/>
            </w:pPr>
            <w:proofErr w:type="spellStart"/>
            <w:r>
              <w:rPr>
                <w:color w:val="E8E0D8"/>
              </w:rPr>
              <w:t>Uzupełnij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odpowiedzi</w:t>
            </w:r>
            <w:proofErr w:type="spellEnd"/>
            <w:r>
              <w:rPr>
                <w:color w:val="E8E0D8"/>
              </w:rPr>
              <w:t xml:space="preserve">, </w:t>
            </w:r>
            <w:proofErr w:type="spellStart"/>
            <w:r>
              <w:rPr>
                <w:color w:val="E8E0D8"/>
              </w:rPr>
              <w:t>zapisz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formularz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jako</w:t>
            </w:r>
            <w:proofErr w:type="spellEnd"/>
            <w:r>
              <w:rPr>
                <w:color w:val="E8E0D8"/>
              </w:rPr>
              <w:t xml:space="preserve"> PDF </w:t>
            </w:r>
            <w:proofErr w:type="spellStart"/>
            <w:r>
              <w:rPr>
                <w:color w:val="E8E0D8"/>
              </w:rPr>
              <w:t>lub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odeślij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jako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plik</w:t>
            </w:r>
            <w:proofErr w:type="spellEnd"/>
            <w:r>
              <w:rPr>
                <w:color w:val="E8E0D8"/>
              </w:rPr>
              <w:t xml:space="preserve"> Word </w:t>
            </w:r>
            <w:proofErr w:type="spellStart"/>
            <w:r>
              <w:rPr>
                <w:color w:val="E8E0D8"/>
              </w:rPr>
              <w:t>i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wyślij</w:t>
            </w:r>
            <w:proofErr w:type="spellEnd"/>
            <w:r>
              <w:rPr>
                <w:color w:val="E8E0D8"/>
              </w:rPr>
              <w:t xml:space="preserve"> go </w:t>
            </w:r>
            <w:proofErr w:type="spellStart"/>
            <w:r>
              <w:rPr>
                <w:color w:val="E8E0D8"/>
              </w:rPr>
              <w:t>razem</w:t>
            </w:r>
            <w:proofErr w:type="spellEnd"/>
            <w:r>
              <w:rPr>
                <w:color w:val="E8E0D8"/>
              </w:rPr>
              <w:t xml:space="preserve"> ze </w:t>
            </w:r>
            <w:proofErr w:type="spellStart"/>
            <w:r>
              <w:rPr>
                <w:color w:val="E8E0D8"/>
              </w:rPr>
              <w:t>zdjęciami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lub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wideo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jako</w:t>
            </w:r>
            <w:proofErr w:type="spellEnd"/>
            <w:r>
              <w:rPr>
                <w:color w:val="E8E0D8"/>
              </w:rPr>
              <w:t xml:space="preserve"> </w:t>
            </w:r>
            <w:proofErr w:type="spellStart"/>
            <w:r>
              <w:rPr>
                <w:color w:val="E8E0D8"/>
              </w:rPr>
              <w:t>załączniki</w:t>
            </w:r>
            <w:proofErr w:type="spellEnd"/>
            <w:r>
              <w:rPr>
                <w:color w:val="E8E0D8"/>
              </w:rPr>
              <w:t xml:space="preserve"> w </w:t>
            </w:r>
            <w:proofErr w:type="spellStart"/>
            <w:r>
              <w:rPr>
                <w:color w:val="E8E0D8"/>
              </w:rPr>
              <w:t>mailu</w:t>
            </w:r>
            <w:proofErr w:type="spellEnd"/>
            <w:r>
              <w:rPr>
                <w:color w:val="E8E0D8"/>
              </w:rPr>
              <w:t>.</w:t>
            </w:r>
          </w:p>
        </w:tc>
      </w:tr>
    </w:tbl>
    <w:p w14:paraId="17BF93D7" w14:textId="77777777" w:rsidR="007E39AC" w:rsidRDefault="007E39A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68"/>
      </w:tblGrid>
      <w:tr w:rsidR="007E39AC" w14:paraId="4DE681F8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B974DB6" w14:textId="77777777" w:rsidR="007E39AC" w:rsidRDefault="00061FC5">
            <w:proofErr w:type="spellStart"/>
            <w:r>
              <w:rPr>
                <w:b/>
                <w:color w:val="2C2C2C"/>
              </w:rPr>
              <w:t>Ważne</w:t>
            </w:r>
            <w:proofErr w:type="spellEnd"/>
          </w:p>
          <w:p w14:paraId="668D1834" w14:textId="77777777" w:rsidR="007E39AC" w:rsidRDefault="00061FC5">
            <w:r>
              <w:rPr>
                <w:color w:val="2C2C2C"/>
                <w:sz w:val="20"/>
              </w:rPr>
              <w:t xml:space="preserve">Ten </w:t>
            </w:r>
            <w:proofErr w:type="spellStart"/>
            <w:r>
              <w:rPr>
                <w:color w:val="2C2C2C"/>
                <w:sz w:val="20"/>
              </w:rPr>
              <w:t>formularz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służy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tylko</w:t>
            </w:r>
            <w:proofErr w:type="spellEnd"/>
            <w:r>
              <w:rPr>
                <w:color w:val="2C2C2C"/>
                <w:sz w:val="20"/>
              </w:rPr>
              <w:t xml:space="preserve"> do </w:t>
            </w:r>
            <w:proofErr w:type="spellStart"/>
            <w:r>
              <w:rPr>
                <w:color w:val="2C2C2C"/>
                <w:sz w:val="20"/>
              </w:rPr>
              <w:t>odpowiedzi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tekstowych</w:t>
            </w:r>
            <w:proofErr w:type="spellEnd"/>
            <w:r>
              <w:rPr>
                <w:color w:val="2C2C2C"/>
                <w:sz w:val="20"/>
              </w:rPr>
              <w:t xml:space="preserve">. </w:t>
            </w:r>
            <w:proofErr w:type="spellStart"/>
            <w:r>
              <w:rPr>
                <w:color w:val="2C2C2C"/>
                <w:sz w:val="20"/>
              </w:rPr>
              <w:t>Zdjęcia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i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wideo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wyślij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osobno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jako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załączniki</w:t>
            </w:r>
            <w:proofErr w:type="spellEnd"/>
            <w:r>
              <w:rPr>
                <w:color w:val="2C2C2C"/>
                <w:sz w:val="20"/>
              </w:rPr>
              <w:t xml:space="preserve"> w </w:t>
            </w:r>
            <w:proofErr w:type="spellStart"/>
            <w:r>
              <w:rPr>
                <w:color w:val="2C2C2C"/>
                <w:sz w:val="20"/>
              </w:rPr>
              <w:t>mailu</w:t>
            </w:r>
            <w:proofErr w:type="spellEnd"/>
            <w:r>
              <w:rPr>
                <w:color w:val="2C2C2C"/>
                <w:sz w:val="20"/>
              </w:rPr>
              <w:t xml:space="preserve">. Nie </w:t>
            </w:r>
            <w:proofErr w:type="spellStart"/>
            <w:r>
              <w:rPr>
                <w:color w:val="2C2C2C"/>
                <w:sz w:val="20"/>
              </w:rPr>
              <w:t>dodawaj</w:t>
            </w:r>
            <w:proofErr w:type="spellEnd"/>
            <w:r>
              <w:rPr>
                <w:color w:val="2C2C2C"/>
                <w:sz w:val="20"/>
              </w:rPr>
              <w:t xml:space="preserve"> ich do </w:t>
            </w:r>
            <w:proofErr w:type="spellStart"/>
            <w:r>
              <w:rPr>
                <w:color w:val="2C2C2C"/>
                <w:sz w:val="20"/>
              </w:rPr>
              <w:t>formularza</w:t>
            </w:r>
            <w:proofErr w:type="spellEnd"/>
            <w:r>
              <w:rPr>
                <w:color w:val="2C2C2C"/>
                <w:sz w:val="20"/>
              </w:rPr>
              <w:t>.</w:t>
            </w:r>
          </w:p>
        </w:tc>
      </w:tr>
    </w:tbl>
    <w:p w14:paraId="1F14E355" w14:textId="77777777" w:rsidR="007E39AC" w:rsidRDefault="007E39AC">
      <w:pPr>
        <w:spacing w:after="40"/>
      </w:pPr>
    </w:p>
    <w:p w14:paraId="7F61FE5B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1. Dane </w:t>
      </w:r>
      <w:proofErr w:type="spellStart"/>
      <w:r>
        <w:rPr>
          <w:b/>
          <w:color w:val="2C2C2C"/>
          <w:sz w:val="32"/>
        </w:rPr>
        <w:t>podstawowe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5284"/>
        <w:gridCol w:w="5284"/>
      </w:tblGrid>
      <w:tr w:rsidR="007E39AC" w14:paraId="385DE693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D67D806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Imię</w:t>
            </w:r>
            <w:proofErr w:type="spellEnd"/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D75ED5" w14:textId="77777777" w:rsidR="007E39AC" w:rsidRDefault="00061FC5">
            <w:r>
              <w:rPr>
                <w:color w:val="8A8178"/>
                <w:sz w:val="20"/>
              </w:rPr>
              <w:t xml:space="preserve"> </w:t>
            </w:r>
          </w:p>
        </w:tc>
      </w:tr>
      <w:tr w:rsidR="007E39AC" w14:paraId="02732720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635D0A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Twój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adres</w:t>
            </w:r>
            <w:proofErr w:type="spellEnd"/>
            <w:r>
              <w:rPr>
                <w:b/>
                <w:color w:val="2C2C2C"/>
                <w:sz w:val="19"/>
              </w:rPr>
              <w:t xml:space="preserve"> e-mail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F4EE9F" w14:textId="77777777" w:rsidR="007E39AC" w:rsidRDefault="00061FC5">
            <w:proofErr w:type="spellStart"/>
            <w:r>
              <w:rPr>
                <w:color w:val="8A8178"/>
                <w:sz w:val="20"/>
              </w:rPr>
              <w:t>adres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na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który</w:t>
            </w:r>
            <w:proofErr w:type="spellEnd"/>
            <w:r>
              <w:rPr>
                <w:color w:val="8A8178"/>
                <w:sz w:val="20"/>
              </w:rPr>
              <w:t xml:space="preserve"> mam </w:t>
            </w:r>
            <w:proofErr w:type="spellStart"/>
            <w:r>
              <w:rPr>
                <w:color w:val="8A8178"/>
                <w:sz w:val="20"/>
              </w:rPr>
              <w:t>odesłać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analizę</w:t>
            </w:r>
            <w:proofErr w:type="spellEnd"/>
          </w:p>
        </w:tc>
      </w:tr>
      <w:tr w:rsidR="007E39AC" w14:paraId="012E0E25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B0B68B" w14:textId="77777777" w:rsidR="007E39AC" w:rsidRDefault="00061FC5">
            <w:r>
              <w:rPr>
                <w:b/>
                <w:color w:val="2C2C2C"/>
                <w:sz w:val="19"/>
              </w:rPr>
              <w:t>Wiek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457A3A8" w14:textId="77777777" w:rsidR="007E39AC" w:rsidRDefault="00061FC5">
            <w:r>
              <w:rPr>
                <w:color w:val="8A8178"/>
                <w:sz w:val="20"/>
              </w:rPr>
              <w:t xml:space="preserve"> </w:t>
            </w:r>
          </w:p>
        </w:tc>
      </w:tr>
      <w:tr w:rsidR="007E39AC" w14:paraId="3A542342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E15810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Wzrost</w:t>
            </w:r>
            <w:proofErr w:type="spellEnd"/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FC479E" w14:textId="77777777" w:rsidR="007E39AC" w:rsidRDefault="00061FC5">
            <w:r>
              <w:rPr>
                <w:color w:val="8A8178"/>
                <w:sz w:val="20"/>
              </w:rPr>
              <w:t>np. 168 cm</w:t>
            </w:r>
          </w:p>
        </w:tc>
      </w:tr>
      <w:tr w:rsidR="007E39AC" w14:paraId="6A710FA8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D970EB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Aktualna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waga</w:t>
            </w:r>
            <w:proofErr w:type="spellEnd"/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CDCE52" w14:textId="77777777" w:rsidR="007E39AC" w:rsidRDefault="00061FC5">
            <w:r>
              <w:rPr>
                <w:color w:val="8A8178"/>
                <w:sz w:val="20"/>
              </w:rPr>
              <w:t>np. 64 kg</w:t>
            </w:r>
          </w:p>
        </w:tc>
      </w:tr>
      <w:tr w:rsidR="007E39AC" w14:paraId="42BEFF5C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728124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Czy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masz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ukończone</w:t>
            </w:r>
            <w:proofErr w:type="spellEnd"/>
            <w:r>
              <w:rPr>
                <w:b/>
                <w:color w:val="2C2C2C"/>
                <w:sz w:val="19"/>
              </w:rPr>
              <w:t xml:space="preserve"> 18 </w:t>
            </w:r>
            <w:proofErr w:type="spellStart"/>
            <w:r>
              <w:rPr>
                <w:b/>
                <w:color w:val="2C2C2C"/>
                <w:sz w:val="19"/>
              </w:rPr>
              <w:t>lat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D10523" w14:textId="77777777" w:rsidR="007E39AC" w:rsidRDefault="00061FC5">
            <w:r>
              <w:rPr>
                <w:color w:val="8A8178"/>
                <w:sz w:val="20"/>
              </w:rPr>
              <w:t>☐ Tak    ☐ Nie</w:t>
            </w:r>
          </w:p>
        </w:tc>
      </w:tr>
    </w:tbl>
    <w:p w14:paraId="345738A0" w14:textId="17DA750A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2. </w:t>
      </w:r>
      <w:proofErr w:type="spellStart"/>
      <w:r>
        <w:rPr>
          <w:b/>
          <w:color w:val="2C2C2C"/>
          <w:sz w:val="32"/>
        </w:rPr>
        <w:t>Zdjęcia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i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wideo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sylwetki</w:t>
      </w:r>
      <w:proofErr w:type="spellEnd"/>
    </w:p>
    <w:p w14:paraId="1124218D" w14:textId="77777777" w:rsidR="007E39AC" w:rsidRDefault="00061FC5">
      <w:pPr>
        <w:spacing w:after="120"/>
      </w:pPr>
      <w:proofErr w:type="spellStart"/>
      <w:r>
        <w:rPr>
          <w:color w:val="6F665D"/>
          <w:sz w:val="19"/>
        </w:rPr>
        <w:t>Zdjęcia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i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wideo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wyślij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osobno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jako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załączniki</w:t>
      </w:r>
      <w:proofErr w:type="spellEnd"/>
      <w:r>
        <w:rPr>
          <w:color w:val="6F665D"/>
          <w:sz w:val="19"/>
        </w:rPr>
        <w:t xml:space="preserve"> w </w:t>
      </w:r>
      <w:proofErr w:type="spellStart"/>
      <w:r>
        <w:rPr>
          <w:color w:val="6F665D"/>
          <w:sz w:val="19"/>
        </w:rPr>
        <w:t>mailu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razem</w:t>
      </w:r>
      <w:proofErr w:type="spellEnd"/>
      <w:r>
        <w:rPr>
          <w:color w:val="6F665D"/>
          <w:sz w:val="19"/>
        </w:rPr>
        <w:t xml:space="preserve"> z </w:t>
      </w:r>
      <w:proofErr w:type="spellStart"/>
      <w:r>
        <w:rPr>
          <w:color w:val="6F665D"/>
          <w:sz w:val="19"/>
        </w:rPr>
        <w:t>uzupełnionym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formularzem</w:t>
      </w:r>
      <w:proofErr w:type="spellEnd"/>
      <w:r>
        <w:rPr>
          <w:color w:val="6F665D"/>
          <w:sz w:val="19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68"/>
      </w:tblGrid>
      <w:tr w:rsidR="007E39AC" w14:paraId="34761D5B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C837DF7" w14:textId="77777777" w:rsidR="00061FC5" w:rsidRDefault="00061FC5">
            <w:pPr>
              <w:rPr>
                <w:b/>
                <w:bCs/>
                <w:color w:val="2C2C2C"/>
              </w:rPr>
            </w:pPr>
            <w:r w:rsidRPr="00061FC5">
              <w:rPr>
                <w:b/>
                <w:bCs/>
                <w:color w:val="2C2C2C"/>
              </w:rPr>
              <w:t xml:space="preserve">Do </w:t>
            </w:r>
            <w:proofErr w:type="spellStart"/>
            <w:r w:rsidRPr="00061FC5">
              <w:rPr>
                <w:b/>
                <w:bCs/>
                <w:color w:val="2C2C2C"/>
              </w:rPr>
              <w:t>analizy</w:t>
            </w:r>
            <w:proofErr w:type="spellEnd"/>
            <w:r w:rsidRPr="00061FC5">
              <w:rPr>
                <w:b/>
                <w:bCs/>
                <w:color w:val="2C2C2C"/>
              </w:rPr>
              <w:t xml:space="preserve"> </w:t>
            </w:r>
            <w:proofErr w:type="spellStart"/>
            <w:r w:rsidRPr="00061FC5">
              <w:rPr>
                <w:b/>
                <w:bCs/>
                <w:color w:val="2C2C2C"/>
              </w:rPr>
              <w:t>potrzebuję</w:t>
            </w:r>
            <w:proofErr w:type="spellEnd"/>
            <w:r w:rsidRPr="00061FC5">
              <w:rPr>
                <w:b/>
                <w:bCs/>
                <w:color w:val="2C2C2C"/>
              </w:rPr>
              <w:t xml:space="preserve"> </w:t>
            </w:r>
            <w:proofErr w:type="spellStart"/>
            <w:r w:rsidRPr="00061FC5">
              <w:rPr>
                <w:b/>
                <w:bCs/>
                <w:color w:val="2C2C2C"/>
              </w:rPr>
              <w:t>zdjęć</w:t>
            </w:r>
            <w:proofErr w:type="spellEnd"/>
            <w:r w:rsidRPr="00061FC5">
              <w:rPr>
                <w:b/>
                <w:bCs/>
                <w:color w:val="2C2C2C"/>
              </w:rPr>
              <w:t xml:space="preserve"> </w:t>
            </w:r>
            <w:proofErr w:type="spellStart"/>
            <w:r w:rsidRPr="00061FC5">
              <w:rPr>
                <w:b/>
                <w:bCs/>
                <w:color w:val="2C2C2C"/>
              </w:rPr>
              <w:t>aktualnej</w:t>
            </w:r>
            <w:proofErr w:type="spellEnd"/>
            <w:r w:rsidRPr="00061FC5">
              <w:rPr>
                <w:b/>
                <w:bCs/>
                <w:color w:val="2C2C2C"/>
              </w:rPr>
              <w:t xml:space="preserve"> </w:t>
            </w:r>
            <w:proofErr w:type="spellStart"/>
            <w:r w:rsidRPr="00061FC5">
              <w:rPr>
                <w:b/>
                <w:bCs/>
                <w:color w:val="2C2C2C"/>
              </w:rPr>
              <w:t>sylwetki</w:t>
            </w:r>
            <w:proofErr w:type="spellEnd"/>
            <w:r w:rsidRPr="00061FC5">
              <w:rPr>
                <w:b/>
                <w:bCs/>
                <w:color w:val="2C2C2C"/>
              </w:rPr>
              <w:t xml:space="preserve"> </w:t>
            </w:r>
            <w:proofErr w:type="spellStart"/>
            <w:r w:rsidRPr="00061FC5">
              <w:rPr>
                <w:b/>
                <w:bCs/>
                <w:color w:val="2C2C2C"/>
              </w:rPr>
              <w:t>oraz</w:t>
            </w:r>
            <w:proofErr w:type="spellEnd"/>
            <w:r w:rsidRPr="00061FC5">
              <w:rPr>
                <w:b/>
                <w:bCs/>
                <w:color w:val="2C2C2C"/>
              </w:rPr>
              <w:t xml:space="preserve"> </w:t>
            </w:r>
            <w:proofErr w:type="spellStart"/>
            <w:r w:rsidRPr="00061FC5">
              <w:rPr>
                <w:b/>
                <w:bCs/>
                <w:color w:val="2C2C2C"/>
              </w:rPr>
              <w:t>krótkiego</w:t>
            </w:r>
            <w:proofErr w:type="spellEnd"/>
            <w:r w:rsidRPr="00061FC5">
              <w:rPr>
                <w:b/>
                <w:bCs/>
                <w:color w:val="2C2C2C"/>
              </w:rPr>
              <w:t xml:space="preserve"> </w:t>
            </w:r>
            <w:proofErr w:type="spellStart"/>
            <w:r w:rsidRPr="00061FC5">
              <w:rPr>
                <w:b/>
                <w:bCs/>
                <w:color w:val="2C2C2C"/>
              </w:rPr>
              <w:t>wideo</w:t>
            </w:r>
            <w:proofErr w:type="spellEnd"/>
            <w:r w:rsidRPr="00061FC5">
              <w:rPr>
                <w:b/>
                <w:bCs/>
                <w:color w:val="2C2C2C"/>
              </w:rPr>
              <w:t xml:space="preserve"> </w:t>
            </w:r>
            <w:proofErr w:type="spellStart"/>
            <w:r w:rsidRPr="00061FC5">
              <w:rPr>
                <w:b/>
                <w:bCs/>
                <w:color w:val="2C2C2C"/>
              </w:rPr>
              <w:t>sylwetki</w:t>
            </w:r>
            <w:proofErr w:type="spellEnd"/>
            <w:r w:rsidRPr="00061FC5">
              <w:rPr>
                <w:b/>
                <w:bCs/>
                <w:color w:val="2C2C2C"/>
              </w:rPr>
              <w:t>:</w:t>
            </w:r>
          </w:p>
          <w:p w14:paraId="3FBDEE01" w14:textId="239EC1F4" w:rsidR="007E39AC" w:rsidRDefault="00061FC5">
            <w:proofErr w:type="spellStart"/>
            <w:r>
              <w:rPr>
                <w:color w:val="2C2C2C"/>
                <w:sz w:val="20"/>
              </w:rPr>
              <w:t>Najlepiej</w:t>
            </w:r>
            <w:proofErr w:type="spellEnd"/>
            <w:r>
              <w:rPr>
                <w:color w:val="2C2C2C"/>
                <w:sz w:val="20"/>
              </w:rPr>
              <w:t xml:space="preserve"> w </w:t>
            </w:r>
            <w:proofErr w:type="spellStart"/>
            <w:r>
              <w:rPr>
                <w:color w:val="2C2C2C"/>
                <w:sz w:val="20"/>
              </w:rPr>
              <w:t>stroju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sportowym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obcisłym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ubraniu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albo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bieliźnie</w:t>
            </w:r>
            <w:proofErr w:type="spellEnd"/>
            <w:r>
              <w:rPr>
                <w:color w:val="2C2C2C"/>
                <w:sz w:val="20"/>
              </w:rPr>
              <w:t xml:space="preserve">. Bez </w:t>
            </w:r>
            <w:proofErr w:type="spellStart"/>
            <w:r>
              <w:rPr>
                <w:color w:val="2C2C2C"/>
                <w:sz w:val="20"/>
              </w:rPr>
              <w:t>pozowania</w:t>
            </w:r>
            <w:proofErr w:type="spellEnd"/>
            <w:r>
              <w:rPr>
                <w:color w:val="2C2C2C"/>
                <w:sz w:val="20"/>
              </w:rPr>
              <w:t xml:space="preserve">, bez </w:t>
            </w:r>
            <w:proofErr w:type="spellStart"/>
            <w:r>
              <w:rPr>
                <w:color w:val="2C2C2C"/>
                <w:sz w:val="20"/>
              </w:rPr>
              <w:t>napinania</w:t>
            </w:r>
            <w:proofErr w:type="spellEnd"/>
            <w:r>
              <w:rPr>
                <w:color w:val="2C2C2C"/>
                <w:sz w:val="20"/>
              </w:rPr>
              <w:t xml:space="preserve">, bez </w:t>
            </w:r>
            <w:proofErr w:type="spellStart"/>
            <w:r>
              <w:rPr>
                <w:color w:val="2C2C2C"/>
                <w:sz w:val="20"/>
              </w:rPr>
              <w:t>filtrów</w:t>
            </w:r>
            <w:proofErr w:type="spellEnd"/>
            <w:r>
              <w:rPr>
                <w:color w:val="2C2C2C"/>
                <w:sz w:val="20"/>
              </w:rPr>
              <w:t xml:space="preserve">. Dobre </w:t>
            </w:r>
            <w:proofErr w:type="spellStart"/>
            <w:r>
              <w:rPr>
                <w:color w:val="2C2C2C"/>
                <w:sz w:val="20"/>
              </w:rPr>
              <w:t>światło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i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neutralna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pozycja</w:t>
            </w:r>
            <w:proofErr w:type="spellEnd"/>
            <w:r>
              <w:rPr>
                <w:color w:val="2C2C2C"/>
                <w:sz w:val="20"/>
              </w:rPr>
              <w:t>.</w:t>
            </w:r>
          </w:p>
          <w:p w14:paraId="7460833D" w14:textId="77777777" w:rsidR="007E39AC" w:rsidRDefault="00061FC5">
            <w:pPr>
              <w:ind w:left="216"/>
            </w:pPr>
            <w:r>
              <w:rPr>
                <w:b/>
                <w:color w:val="837A6F"/>
              </w:rPr>
              <w:t xml:space="preserve">• </w:t>
            </w:r>
            <w:proofErr w:type="spellStart"/>
            <w:r>
              <w:rPr>
                <w:color w:val="2C2C2C"/>
                <w:sz w:val="20"/>
              </w:rPr>
              <w:t>zdjęcia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sylwetki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przodem</w:t>
            </w:r>
            <w:proofErr w:type="spellEnd"/>
            <w:r>
              <w:rPr>
                <w:color w:val="2C2C2C"/>
                <w:sz w:val="20"/>
              </w:rPr>
              <w:t>,</w:t>
            </w:r>
          </w:p>
          <w:p w14:paraId="3597A410" w14:textId="77777777" w:rsidR="007E39AC" w:rsidRDefault="00061FC5">
            <w:pPr>
              <w:ind w:left="216"/>
            </w:pPr>
            <w:r>
              <w:rPr>
                <w:b/>
                <w:color w:val="837A6F"/>
              </w:rPr>
              <w:t xml:space="preserve">• </w:t>
            </w:r>
            <w:proofErr w:type="spellStart"/>
            <w:r>
              <w:rPr>
                <w:color w:val="2C2C2C"/>
                <w:sz w:val="20"/>
              </w:rPr>
              <w:t>zdjęcia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sylwetki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bokiem</w:t>
            </w:r>
            <w:proofErr w:type="spellEnd"/>
            <w:r>
              <w:rPr>
                <w:color w:val="2C2C2C"/>
                <w:sz w:val="20"/>
              </w:rPr>
              <w:t>,</w:t>
            </w:r>
          </w:p>
          <w:p w14:paraId="157DB8AE" w14:textId="77777777" w:rsidR="007E39AC" w:rsidRDefault="00061FC5">
            <w:pPr>
              <w:ind w:left="216"/>
            </w:pPr>
            <w:r>
              <w:rPr>
                <w:b/>
                <w:color w:val="837A6F"/>
              </w:rPr>
              <w:t xml:space="preserve">• </w:t>
            </w:r>
            <w:proofErr w:type="spellStart"/>
            <w:r>
              <w:rPr>
                <w:color w:val="2C2C2C"/>
                <w:sz w:val="20"/>
              </w:rPr>
              <w:t>zdjęcia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sylwetki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tyłem</w:t>
            </w:r>
            <w:proofErr w:type="spellEnd"/>
            <w:r>
              <w:rPr>
                <w:color w:val="2C2C2C"/>
                <w:sz w:val="20"/>
              </w:rPr>
              <w:t>,</w:t>
            </w:r>
          </w:p>
          <w:p w14:paraId="1322ADE6" w14:textId="4416180B" w:rsidR="007E39AC" w:rsidRPr="00061FC5" w:rsidRDefault="00061FC5" w:rsidP="00061FC5">
            <w:pPr>
              <w:ind w:left="216"/>
              <w:rPr>
                <w:color w:val="2C2C2C"/>
                <w:sz w:val="20"/>
              </w:rPr>
            </w:pPr>
            <w:r>
              <w:rPr>
                <w:b/>
                <w:color w:val="837A6F"/>
              </w:rPr>
              <w:t xml:space="preserve">• </w:t>
            </w:r>
            <w:r w:rsidRPr="00061FC5">
              <w:rPr>
                <w:color w:val="2C2C2C"/>
                <w:sz w:val="20"/>
                <w:lang w:val="pl-PL"/>
              </w:rPr>
              <w:t>krótkiego wideo sylwetki z powolnym obrotem, tak żeby było widać całą sylwetkę, proporcje i kształt ciała.</w:t>
            </w:r>
          </w:p>
        </w:tc>
      </w:tr>
    </w:tbl>
    <w:p w14:paraId="32510CDE" w14:textId="77777777" w:rsidR="007E39AC" w:rsidRDefault="007E39AC">
      <w:pPr>
        <w:spacing w:after="40"/>
      </w:pPr>
    </w:p>
    <w:p w14:paraId="6A676E32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lastRenderedPageBreak/>
        <w:t xml:space="preserve">3. </w:t>
      </w:r>
      <w:proofErr w:type="spellStart"/>
      <w:r>
        <w:rPr>
          <w:b/>
          <w:color w:val="2C2C2C"/>
          <w:sz w:val="32"/>
        </w:rPr>
        <w:t>Sylwetka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celu</w:t>
      </w:r>
      <w:proofErr w:type="spellEnd"/>
    </w:p>
    <w:p w14:paraId="1CFB744B" w14:textId="77777777" w:rsidR="007E39AC" w:rsidRDefault="00061FC5">
      <w:pPr>
        <w:spacing w:after="120"/>
      </w:pPr>
      <w:proofErr w:type="spellStart"/>
      <w:r>
        <w:rPr>
          <w:color w:val="6F665D"/>
          <w:sz w:val="19"/>
        </w:rPr>
        <w:t>Zdjęcia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celu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wyślij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osobno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jako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załączniki</w:t>
      </w:r>
      <w:proofErr w:type="spellEnd"/>
      <w:r>
        <w:rPr>
          <w:color w:val="6F665D"/>
          <w:sz w:val="19"/>
        </w:rPr>
        <w:t xml:space="preserve"> w </w:t>
      </w:r>
      <w:proofErr w:type="spellStart"/>
      <w:r>
        <w:rPr>
          <w:color w:val="6F665D"/>
          <w:sz w:val="19"/>
        </w:rPr>
        <w:t>mailu</w:t>
      </w:r>
      <w:proofErr w:type="spellEnd"/>
      <w:r>
        <w:rPr>
          <w:color w:val="6F665D"/>
          <w:sz w:val="19"/>
        </w:rPr>
        <w:t xml:space="preserve">. </w:t>
      </w:r>
      <w:proofErr w:type="spellStart"/>
      <w:r>
        <w:rPr>
          <w:color w:val="6F665D"/>
          <w:sz w:val="19"/>
        </w:rPr>
        <w:t>Mogą</w:t>
      </w:r>
      <w:proofErr w:type="spellEnd"/>
      <w:r>
        <w:rPr>
          <w:color w:val="6F665D"/>
          <w:sz w:val="19"/>
        </w:rPr>
        <w:t xml:space="preserve"> to </w:t>
      </w:r>
      <w:proofErr w:type="spellStart"/>
      <w:r>
        <w:rPr>
          <w:color w:val="6F665D"/>
          <w:sz w:val="19"/>
        </w:rPr>
        <w:t>być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screeny</w:t>
      </w:r>
      <w:proofErr w:type="spellEnd"/>
      <w:r>
        <w:rPr>
          <w:color w:val="6F665D"/>
          <w:sz w:val="19"/>
        </w:rPr>
        <w:t xml:space="preserve"> z </w:t>
      </w:r>
      <w:proofErr w:type="spellStart"/>
      <w:r>
        <w:rPr>
          <w:color w:val="6F665D"/>
          <w:sz w:val="19"/>
        </w:rPr>
        <w:t>Instagrama</w:t>
      </w:r>
      <w:proofErr w:type="spellEnd"/>
      <w:r>
        <w:rPr>
          <w:color w:val="6F665D"/>
          <w:sz w:val="19"/>
        </w:rPr>
        <w:t xml:space="preserve">, </w:t>
      </w:r>
      <w:proofErr w:type="spellStart"/>
      <w:r>
        <w:rPr>
          <w:color w:val="6F665D"/>
          <w:sz w:val="19"/>
        </w:rPr>
        <w:t>Pinteresta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albo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zdjęcia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sylwetki</w:t>
      </w:r>
      <w:proofErr w:type="spellEnd"/>
      <w:r>
        <w:rPr>
          <w:color w:val="6F665D"/>
          <w:sz w:val="19"/>
        </w:rPr>
        <w:t xml:space="preserve">, do </w:t>
      </w:r>
      <w:proofErr w:type="spellStart"/>
      <w:r>
        <w:rPr>
          <w:color w:val="6F665D"/>
          <w:sz w:val="19"/>
        </w:rPr>
        <w:t>której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chciałabyś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dążyć</w:t>
      </w:r>
      <w:proofErr w:type="spellEnd"/>
      <w:r>
        <w:rPr>
          <w:color w:val="6F665D"/>
          <w:sz w:val="19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68"/>
      </w:tblGrid>
      <w:tr w:rsidR="007E39AC" w14:paraId="282DA13C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5A92BF2" w14:textId="77777777" w:rsidR="007E39AC" w:rsidRDefault="00061FC5">
            <w:proofErr w:type="spellStart"/>
            <w:r>
              <w:rPr>
                <w:b/>
                <w:color w:val="2C2C2C"/>
              </w:rPr>
              <w:t>Dołącz</w:t>
            </w:r>
            <w:proofErr w:type="spellEnd"/>
            <w:r>
              <w:rPr>
                <w:b/>
                <w:color w:val="2C2C2C"/>
              </w:rPr>
              <w:t xml:space="preserve"> 1-3 </w:t>
            </w:r>
            <w:proofErr w:type="spellStart"/>
            <w:r>
              <w:rPr>
                <w:b/>
                <w:color w:val="2C2C2C"/>
              </w:rPr>
              <w:t>zdjęcia</w:t>
            </w:r>
            <w:proofErr w:type="spellEnd"/>
            <w:r>
              <w:rPr>
                <w:b/>
                <w:color w:val="2C2C2C"/>
              </w:rPr>
              <w:t xml:space="preserve"> </w:t>
            </w:r>
            <w:proofErr w:type="spellStart"/>
            <w:r>
              <w:rPr>
                <w:b/>
                <w:color w:val="2C2C2C"/>
              </w:rPr>
              <w:t>sylwetki</w:t>
            </w:r>
            <w:proofErr w:type="spellEnd"/>
            <w:r>
              <w:rPr>
                <w:b/>
                <w:color w:val="2C2C2C"/>
              </w:rPr>
              <w:t xml:space="preserve"> </w:t>
            </w:r>
            <w:proofErr w:type="spellStart"/>
            <w:r>
              <w:rPr>
                <w:b/>
                <w:color w:val="2C2C2C"/>
              </w:rPr>
              <w:t>celu</w:t>
            </w:r>
            <w:proofErr w:type="spellEnd"/>
            <w:r>
              <w:rPr>
                <w:b/>
                <w:color w:val="2C2C2C"/>
              </w:rPr>
              <w:t>.</w:t>
            </w:r>
          </w:p>
          <w:p w14:paraId="7607E6C9" w14:textId="77777777" w:rsidR="007E39AC" w:rsidRDefault="00061FC5">
            <w:r>
              <w:rPr>
                <w:color w:val="2C2C2C"/>
                <w:sz w:val="20"/>
              </w:rPr>
              <w:t xml:space="preserve">To </w:t>
            </w:r>
            <w:proofErr w:type="spellStart"/>
            <w:r>
              <w:rPr>
                <w:color w:val="2C2C2C"/>
                <w:sz w:val="20"/>
              </w:rPr>
              <w:t>nie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znaczy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że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Twoje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ciało</w:t>
            </w:r>
            <w:proofErr w:type="spellEnd"/>
            <w:r>
              <w:rPr>
                <w:color w:val="2C2C2C"/>
                <w:sz w:val="20"/>
              </w:rPr>
              <w:t xml:space="preserve"> ma </w:t>
            </w:r>
            <w:proofErr w:type="spellStart"/>
            <w:r>
              <w:rPr>
                <w:color w:val="2C2C2C"/>
                <w:sz w:val="20"/>
              </w:rPr>
              <w:t>wyglądać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identycznie</w:t>
            </w:r>
            <w:proofErr w:type="spellEnd"/>
            <w:r>
              <w:rPr>
                <w:color w:val="2C2C2C"/>
                <w:sz w:val="20"/>
              </w:rPr>
              <w:t xml:space="preserve">. </w:t>
            </w:r>
            <w:proofErr w:type="spellStart"/>
            <w:r>
              <w:rPr>
                <w:color w:val="2C2C2C"/>
                <w:sz w:val="20"/>
              </w:rPr>
              <w:t>Chodzi</w:t>
            </w:r>
            <w:proofErr w:type="spellEnd"/>
            <w:r>
              <w:rPr>
                <w:color w:val="2C2C2C"/>
                <w:sz w:val="20"/>
              </w:rPr>
              <w:t xml:space="preserve"> o </w:t>
            </w:r>
            <w:proofErr w:type="spellStart"/>
            <w:r>
              <w:rPr>
                <w:color w:val="2C2C2C"/>
                <w:sz w:val="20"/>
              </w:rPr>
              <w:t>kierunek</w:t>
            </w:r>
            <w:proofErr w:type="spellEnd"/>
            <w:r>
              <w:rPr>
                <w:color w:val="2C2C2C"/>
                <w:sz w:val="20"/>
              </w:rPr>
              <w:t xml:space="preserve">: </w:t>
            </w:r>
            <w:proofErr w:type="spellStart"/>
            <w:r>
              <w:rPr>
                <w:color w:val="2C2C2C"/>
                <w:sz w:val="20"/>
              </w:rPr>
              <w:t>mniej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brzucha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większe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pośladki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bardziej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sportowa</w:t>
            </w:r>
            <w:proofErr w:type="spellEnd"/>
            <w:r>
              <w:rPr>
                <w:color w:val="2C2C2C"/>
                <w:sz w:val="20"/>
              </w:rPr>
              <w:t xml:space="preserve"> forma, </w:t>
            </w:r>
            <w:proofErr w:type="spellStart"/>
            <w:r>
              <w:rPr>
                <w:color w:val="2C2C2C"/>
                <w:sz w:val="20"/>
              </w:rPr>
              <w:t>smuklejsza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sylwetka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lepsze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proporcje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itd</w:t>
            </w:r>
            <w:proofErr w:type="spellEnd"/>
            <w:r>
              <w:rPr>
                <w:color w:val="2C2C2C"/>
                <w:sz w:val="20"/>
              </w:rPr>
              <w:t>.</w:t>
            </w:r>
          </w:p>
        </w:tc>
      </w:tr>
    </w:tbl>
    <w:p w14:paraId="798F4A25" w14:textId="77777777" w:rsidR="007E39AC" w:rsidRDefault="007E39AC">
      <w:pPr>
        <w:spacing w:after="40"/>
      </w:pPr>
    </w:p>
    <w:p w14:paraId="091C54FF" w14:textId="77777777" w:rsidR="007E39AC" w:rsidRDefault="00061FC5">
      <w:pPr>
        <w:spacing w:after="120"/>
      </w:pPr>
      <w:r>
        <w:rPr>
          <w:b/>
          <w:color w:val="2C2C2C"/>
        </w:rPr>
        <w:t xml:space="preserve">Co </w:t>
      </w:r>
      <w:proofErr w:type="spellStart"/>
      <w:r>
        <w:rPr>
          <w:b/>
          <w:color w:val="2C2C2C"/>
        </w:rPr>
        <w:t>najbardziej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podoba</w:t>
      </w:r>
      <w:proofErr w:type="spellEnd"/>
      <w:r>
        <w:rPr>
          <w:b/>
          <w:color w:val="2C2C2C"/>
        </w:rPr>
        <w:t xml:space="preserve"> Ci </w:t>
      </w:r>
      <w:proofErr w:type="spellStart"/>
      <w:r>
        <w:rPr>
          <w:b/>
          <w:color w:val="2C2C2C"/>
        </w:rPr>
        <w:t>się</w:t>
      </w:r>
      <w:proofErr w:type="spellEnd"/>
      <w:r>
        <w:rPr>
          <w:b/>
          <w:color w:val="2C2C2C"/>
        </w:rPr>
        <w:t xml:space="preserve"> w </w:t>
      </w:r>
      <w:proofErr w:type="spellStart"/>
      <w:r>
        <w:rPr>
          <w:b/>
          <w:color w:val="2C2C2C"/>
        </w:rPr>
        <w:t>sylwetce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celu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01AB0D6A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EF56F50" w14:textId="77777777" w:rsidR="007E39AC" w:rsidRDefault="00061FC5">
            <w:r>
              <w:rPr>
                <w:color w:val="8A8178"/>
                <w:sz w:val="20"/>
              </w:rPr>
              <w:t xml:space="preserve">Np. </w:t>
            </w:r>
            <w:proofErr w:type="spellStart"/>
            <w:r>
              <w:rPr>
                <w:color w:val="8A8178"/>
                <w:sz w:val="20"/>
              </w:rPr>
              <w:t>mniejszy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brzuch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większe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pośladki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bardziej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sportowa</w:t>
            </w:r>
            <w:proofErr w:type="spellEnd"/>
            <w:r>
              <w:rPr>
                <w:color w:val="8A8178"/>
                <w:sz w:val="20"/>
              </w:rPr>
              <w:t xml:space="preserve"> forma, </w:t>
            </w:r>
            <w:proofErr w:type="spellStart"/>
            <w:r>
              <w:rPr>
                <w:color w:val="8A8178"/>
                <w:sz w:val="20"/>
              </w:rPr>
              <w:t>smuklejsze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nogi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lepsze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proporcje</w:t>
            </w:r>
            <w:proofErr w:type="spellEnd"/>
            <w:r>
              <w:rPr>
                <w:color w:val="8A8178"/>
                <w:sz w:val="20"/>
              </w:rPr>
              <w:t>...</w:t>
            </w:r>
          </w:p>
          <w:p w14:paraId="48BC1E23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73DD08E4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1A2E5548" w14:textId="77777777" w:rsidR="007E39AC" w:rsidRDefault="007E39AC">
      <w:pPr>
        <w:spacing w:after="40"/>
      </w:pPr>
    </w:p>
    <w:p w14:paraId="7E8A605B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4. </w:t>
      </w:r>
      <w:proofErr w:type="spellStart"/>
      <w:r>
        <w:rPr>
          <w:b/>
          <w:color w:val="2C2C2C"/>
          <w:sz w:val="32"/>
        </w:rPr>
        <w:t>Twój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główny</w:t>
      </w:r>
      <w:proofErr w:type="spellEnd"/>
      <w:r>
        <w:rPr>
          <w:b/>
          <w:color w:val="2C2C2C"/>
          <w:sz w:val="32"/>
        </w:rPr>
        <w:t xml:space="preserve"> cel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04"/>
        <w:gridCol w:w="5204"/>
      </w:tblGrid>
      <w:tr w:rsidR="007E39AC" w14:paraId="0AA1D5DD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D9F728E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schudnąć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08FA6FDB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zmniejszyć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brzuch</w:t>
            </w:r>
            <w:proofErr w:type="spellEnd"/>
          </w:p>
        </w:tc>
      </w:tr>
      <w:tr w:rsidR="007E39AC" w14:paraId="17E365E6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D9646B0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zmniejszyć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boczki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0922D21D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zbudować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pośladki</w:t>
            </w:r>
            <w:proofErr w:type="spellEnd"/>
          </w:p>
        </w:tc>
      </w:tr>
      <w:tr w:rsidR="007E39AC" w14:paraId="2C7BACA6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09C8E759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poprawić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proporcje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sylwetki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B5FFD0C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ujędrnić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ciało</w:t>
            </w:r>
            <w:proofErr w:type="spellEnd"/>
          </w:p>
        </w:tc>
      </w:tr>
      <w:tr w:rsidR="007E39AC" w14:paraId="37A6FF49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F9B1660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wyglądać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bardziej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sportowo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BB631F3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zbudować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mięśnie</w:t>
            </w:r>
            <w:proofErr w:type="spellEnd"/>
          </w:p>
        </w:tc>
      </w:tr>
      <w:tr w:rsidR="007E39AC" w14:paraId="649770ED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C9C5C5A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pozbyć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się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sylwetki</w:t>
            </w:r>
            <w:proofErr w:type="spellEnd"/>
            <w:r>
              <w:rPr>
                <w:color w:val="2C2C2C"/>
                <w:sz w:val="20"/>
              </w:rPr>
              <w:t xml:space="preserve"> skinny fat</w:t>
            </w:r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58FB174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nie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wiem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potrzebuję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diagnozy</w:t>
            </w:r>
            <w:proofErr w:type="spellEnd"/>
          </w:p>
        </w:tc>
      </w:tr>
    </w:tbl>
    <w:p w14:paraId="20D4205F" w14:textId="77777777" w:rsidR="007E39AC" w:rsidRDefault="007E39AC">
      <w:pPr>
        <w:spacing w:after="40"/>
      </w:pPr>
    </w:p>
    <w:p w14:paraId="04EAA20D" w14:textId="77777777" w:rsidR="007E39AC" w:rsidRDefault="00061FC5">
      <w:pPr>
        <w:spacing w:after="120"/>
      </w:pPr>
      <w:proofErr w:type="spellStart"/>
      <w:r>
        <w:rPr>
          <w:b/>
          <w:color w:val="2C2C2C"/>
        </w:rPr>
        <w:t>Opisz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krótko</w:t>
      </w:r>
      <w:proofErr w:type="spellEnd"/>
      <w:r>
        <w:rPr>
          <w:b/>
          <w:color w:val="2C2C2C"/>
        </w:rPr>
        <w:t xml:space="preserve">, co </w:t>
      </w:r>
      <w:proofErr w:type="spellStart"/>
      <w:r>
        <w:rPr>
          <w:b/>
          <w:color w:val="2C2C2C"/>
        </w:rPr>
        <w:t>najbardziej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przeszkadza</w:t>
      </w:r>
      <w:proofErr w:type="spellEnd"/>
      <w:r>
        <w:rPr>
          <w:b/>
          <w:color w:val="2C2C2C"/>
        </w:rPr>
        <w:t xml:space="preserve"> Ci w </w:t>
      </w:r>
      <w:proofErr w:type="spellStart"/>
      <w:r>
        <w:rPr>
          <w:b/>
          <w:color w:val="2C2C2C"/>
        </w:rPr>
        <w:t>sylwetce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774D672C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8576F6A" w14:textId="77777777" w:rsidR="007E39AC" w:rsidRDefault="00061FC5">
            <w:proofErr w:type="spellStart"/>
            <w:r>
              <w:rPr>
                <w:color w:val="8A8178"/>
                <w:sz w:val="20"/>
              </w:rPr>
              <w:t>Wpisz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odpowiedź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tutaj</w:t>
            </w:r>
            <w:proofErr w:type="spellEnd"/>
            <w:r>
              <w:rPr>
                <w:color w:val="8A8178"/>
                <w:sz w:val="20"/>
              </w:rPr>
              <w:t>...</w:t>
            </w:r>
          </w:p>
          <w:p w14:paraId="0D5A132C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539E3468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6F7C0AAD" w14:textId="77777777" w:rsidR="007E39AC" w:rsidRDefault="007E39AC">
      <w:pPr>
        <w:spacing w:after="40"/>
      </w:pPr>
    </w:p>
    <w:p w14:paraId="04B28D41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5. Historia </w:t>
      </w:r>
      <w:proofErr w:type="spellStart"/>
      <w:r>
        <w:rPr>
          <w:b/>
          <w:color w:val="2C2C2C"/>
          <w:sz w:val="32"/>
        </w:rPr>
        <w:t>sylwetki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5284"/>
        <w:gridCol w:w="5284"/>
      </w:tblGrid>
      <w:tr w:rsidR="007E39AC" w14:paraId="104213E2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0E1BA93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Czy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Twoja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waga</w:t>
            </w:r>
            <w:proofErr w:type="spellEnd"/>
            <w:r>
              <w:rPr>
                <w:b/>
                <w:color w:val="2C2C2C"/>
                <w:sz w:val="19"/>
              </w:rPr>
              <w:t xml:space="preserve"> w </w:t>
            </w:r>
            <w:proofErr w:type="spellStart"/>
            <w:r>
              <w:rPr>
                <w:b/>
                <w:color w:val="2C2C2C"/>
                <w:sz w:val="19"/>
              </w:rPr>
              <w:t>ostatnich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miesiącach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bardziej</w:t>
            </w:r>
            <w:proofErr w:type="spellEnd"/>
            <w:r>
              <w:rPr>
                <w:b/>
                <w:color w:val="2C2C2C"/>
                <w:sz w:val="19"/>
              </w:rPr>
              <w:t>: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BF6992" w14:textId="77777777" w:rsidR="007E39AC" w:rsidRDefault="00061FC5">
            <w:r>
              <w:rPr>
                <w:color w:val="8A8178"/>
                <w:sz w:val="20"/>
              </w:rPr>
              <w:t xml:space="preserve">☐ </w:t>
            </w:r>
            <w:proofErr w:type="spellStart"/>
            <w:r>
              <w:rPr>
                <w:color w:val="8A8178"/>
                <w:sz w:val="20"/>
              </w:rPr>
              <w:t>spadała</w:t>
            </w:r>
            <w:proofErr w:type="spellEnd"/>
            <w:r>
              <w:rPr>
                <w:color w:val="8A8178"/>
                <w:sz w:val="20"/>
              </w:rPr>
              <w:t xml:space="preserve">    ☐ </w:t>
            </w:r>
            <w:proofErr w:type="spellStart"/>
            <w:r>
              <w:rPr>
                <w:color w:val="8A8178"/>
                <w:sz w:val="20"/>
              </w:rPr>
              <w:t>rosła</w:t>
            </w:r>
            <w:proofErr w:type="spellEnd"/>
            <w:r>
              <w:rPr>
                <w:color w:val="8A8178"/>
                <w:sz w:val="20"/>
              </w:rPr>
              <w:t xml:space="preserve">    ☐ </w:t>
            </w:r>
            <w:proofErr w:type="spellStart"/>
            <w:r>
              <w:rPr>
                <w:color w:val="8A8178"/>
                <w:sz w:val="20"/>
              </w:rPr>
              <w:t>stała</w:t>
            </w:r>
            <w:proofErr w:type="spellEnd"/>
            <w:r>
              <w:rPr>
                <w:color w:val="8A8178"/>
                <w:sz w:val="20"/>
              </w:rPr>
              <w:t xml:space="preserve"> w </w:t>
            </w:r>
            <w:proofErr w:type="spellStart"/>
            <w:r>
              <w:rPr>
                <w:color w:val="8A8178"/>
                <w:sz w:val="20"/>
              </w:rPr>
              <w:t>miejscu</w:t>
            </w:r>
            <w:proofErr w:type="spellEnd"/>
            <w:r>
              <w:rPr>
                <w:color w:val="8A8178"/>
                <w:sz w:val="20"/>
              </w:rPr>
              <w:t xml:space="preserve">    ☐ </w:t>
            </w:r>
            <w:proofErr w:type="spellStart"/>
            <w:r>
              <w:rPr>
                <w:color w:val="8A8178"/>
                <w:sz w:val="20"/>
              </w:rPr>
              <w:t>mocno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się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wahała</w:t>
            </w:r>
            <w:proofErr w:type="spellEnd"/>
          </w:p>
        </w:tc>
      </w:tr>
      <w:tr w:rsidR="007E39AC" w14:paraId="0FF9399C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20172BB" w14:textId="77777777" w:rsidR="007E39AC" w:rsidRDefault="00061FC5">
            <w:r>
              <w:rPr>
                <w:b/>
                <w:color w:val="2C2C2C"/>
                <w:sz w:val="19"/>
              </w:rPr>
              <w:lastRenderedPageBreak/>
              <w:t xml:space="preserve">Jak </w:t>
            </w:r>
            <w:proofErr w:type="spellStart"/>
            <w:r>
              <w:rPr>
                <w:b/>
                <w:color w:val="2C2C2C"/>
                <w:sz w:val="19"/>
              </w:rPr>
              <w:t>długo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próbujesz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poprawić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sylwetkę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9B6187" w14:textId="77777777" w:rsidR="007E39AC" w:rsidRDefault="00061FC5">
            <w:r>
              <w:rPr>
                <w:color w:val="8A8178"/>
                <w:sz w:val="20"/>
              </w:rPr>
              <w:t xml:space="preserve">np. 3 </w:t>
            </w:r>
            <w:proofErr w:type="spellStart"/>
            <w:r>
              <w:rPr>
                <w:color w:val="8A8178"/>
                <w:sz w:val="20"/>
              </w:rPr>
              <w:t>miesiące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rok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kilka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lat</w:t>
            </w:r>
            <w:proofErr w:type="spellEnd"/>
          </w:p>
        </w:tc>
      </w:tr>
    </w:tbl>
    <w:p w14:paraId="6723C6AC" w14:textId="77777777" w:rsidR="007E39AC" w:rsidRDefault="00061FC5">
      <w:pPr>
        <w:spacing w:after="120"/>
      </w:pPr>
      <w:r>
        <w:rPr>
          <w:b/>
          <w:color w:val="2C2C2C"/>
        </w:rPr>
        <w:t xml:space="preserve">Co </w:t>
      </w:r>
      <w:proofErr w:type="spellStart"/>
      <w:r>
        <w:rPr>
          <w:b/>
          <w:color w:val="2C2C2C"/>
        </w:rPr>
        <w:t>już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próbowałaś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robić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29DA756C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289ACBE" w14:textId="77777777" w:rsidR="007E39AC" w:rsidRDefault="00061FC5">
            <w:r>
              <w:rPr>
                <w:color w:val="8A8178"/>
                <w:sz w:val="20"/>
              </w:rPr>
              <w:t xml:space="preserve">Np. </w:t>
            </w:r>
            <w:proofErr w:type="spellStart"/>
            <w:r>
              <w:rPr>
                <w:color w:val="8A8178"/>
                <w:sz w:val="20"/>
              </w:rPr>
              <w:t>dieta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liczenie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kalorii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siłownia</w:t>
            </w:r>
            <w:proofErr w:type="spellEnd"/>
            <w:r>
              <w:rPr>
                <w:color w:val="8A8178"/>
                <w:sz w:val="20"/>
              </w:rPr>
              <w:t xml:space="preserve">, cardio, </w:t>
            </w:r>
            <w:proofErr w:type="spellStart"/>
            <w:r>
              <w:rPr>
                <w:color w:val="8A8178"/>
                <w:sz w:val="20"/>
              </w:rPr>
              <w:t>pilates</w:t>
            </w:r>
            <w:proofErr w:type="spellEnd"/>
            <w:r>
              <w:rPr>
                <w:color w:val="8A8178"/>
                <w:sz w:val="20"/>
              </w:rPr>
              <w:t xml:space="preserve">, catering, </w:t>
            </w:r>
            <w:proofErr w:type="spellStart"/>
            <w:r>
              <w:rPr>
                <w:color w:val="8A8178"/>
                <w:sz w:val="20"/>
              </w:rPr>
              <w:t>treningi</w:t>
            </w:r>
            <w:proofErr w:type="spellEnd"/>
            <w:r>
              <w:rPr>
                <w:color w:val="8A8178"/>
                <w:sz w:val="20"/>
              </w:rPr>
              <w:t xml:space="preserve"> z YouTube...</w:t>
            </w:r>
          </w:p>
          <w:p w14:paraId="56B4E351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748182A6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277E0D8C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3CD7879A" w14:textId="77777777" w:rsidR="007E39AC" w:rsidRDefault="007E39AC">
      <w:pPr>
        <w:spacing w:after="40"/>
      </w:pPr>
    </w:p>
    <w:p w14:paraId="3379F0D8" w14:textId="77777777" w:rsidR="007E39AC" w:rsidRDefault="00061FC5">
      <w:pPr>
        <w:spacing w:after="120"/>
      </w:pPr>
      <w:r>
        <w:rPr>
          <w:b/>
          <w:color w:val="2C2C2C"/>
        </w:rPr>
        <w:t xml:space="preserve">Co </w:t>
      </w:r>
      <w:proofErr w:type="spellStart"/>
      <w:r>
        <w:rPr>
          <w:b/>
          <w:color w:val="2C2C2C"/>
        </w:rPr>
        <w:t>najbardziej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Cię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blokuje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3F412F01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8195666" w14:textId="77777777" w:rsidR="007E39AC" w:rsidRDefault="00061FC5">
            <w:r>
              <w:rPr>
                <w:color w:val="8A8178"/>
                <w:sz w:val="20"/>
              </w:rPr>
              <w:t xml:space="preserve">Np. </w:t>
            </w:r>
            <w:proofErr w:type="spellStart"/>
            <w:r>
              <w:rPr>
                <w:color w:val="8A8178"/>
                <w:sz w:val="20"/>
              </w:rPr>
              <w:t>brak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efektów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brak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regularności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podjadanie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nie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wiem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czy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redukować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czy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budować</w:t>
            </w:r>
            <w:proofErr w:type="spellEnd"/>
            <w:r>
              <w:rPr>
                <w:color w:val="8A8178"/>
                <w:sz w:val="20"/>
              </w:rPr>
              <w:t xml:space="preserve">, za </w:t>
            </w:r>
            <w:proofErr w:type="spellStart"/>
            <w:r>
              <w:rPr>
                <w:color w:val="8A8178"/>
                <w:sz w:val="20"/>
              </w:rPr>
              <w:t>mało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czasu</w:t>
            </w:r>
            <w:proofErr w:type="spellEnd"/>
            <w:r>
              <w:rPr>
                <w:color w:val="8A8178"/>
                <w:sz w:val="20"/>
              </w:rPr>
              <w:t>...</w:t>
            </w:r>
          </w:p>
          <w:p w14:paraId="2F146F48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3DFDEA08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51081CAE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42B51381" w14:textId="77777777" w:rsidR="007E39AC" w:rsidRDefault="007E39AC">
      <w:pPr>
        <w:spacing w:after="40"/>
      </w:pPr>
    </w:p>
    <w:p w14:paraId="37BA030C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6. </w:t>
      </w:r>
      <w:proofErr w:type="spellStart"/>
      <w:r>
        <w:rPr>
          <w:b/>
          <w:color w:val="2C2C2C"/>
          <w:sz w:val="32"/>
        </w:rPr>
        <w:t>Aktualny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trening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5284"/>
        <w:gridCol w:w="5284"/>
      </w:tblGrid>
      <w:tr w:rsidR="007E39AC" w14:paraId="6BE645A0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613AC43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Czy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aktualnie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trenujesz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C47C6D" w14:textId="77777777" w:rsidR="007E39AC" w:rsidRDefault="00061FC5">
            <w:r>
              <w:rPr>
                <w:color w:val="8A8178"/>
                <w:sz w:val="20"/>
              </w:rPr>
              <w:t>☐ Tak    ☐ Nie</w:t>
            </w:r>
          </w:p>
        </w:tc>
      </w:tr>
      <w:tr w:rsidR="007E39AC" w14:paraId="3C3FCA33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09F7D8" w14:textId="77777777" w:rsidR="007E39AC" w:rsidRDefault="00061FC5">
            <w:r>
              <w:rPr>
                <w:b/>
                <w:color w:val="2C2C2C"/>
                <w:sz w:val="19"/>
              </w:rPr>
              <w:t xml:space="preserve">Ile </w:t>
            </w:r>
            <w:proofErr w:type="spellStart"/>
            <w:r>
              <w:rPr>
                <w:b/>
                <w:color w:val="2C2C2C"/>
                <w:sz w:val="19"/>
              </w:rPr>
              <w:t>razy</w:t>
            </w:r>
            <w:proofErr w:type="spellEnd"/>
            <w:r>
              <w:rPr>
                <w:b/>
                <w:color w:val="2C2C2C"/>
                <w:sz w:val="19"/>
              </w:rPr>
              <w:t xml:space="preserve"> w </w:t>
            </w:r>
            <w:proofErr w:type="spellStart"/>
            <w:r>
              <w:rPr>
                <w:b/>
                <w:color w:val="2C2C2C"/>
                <w:sz w:val="19"/>
              </w:rPr>
              <w:t>tygodniu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trenujesz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7608E4" w14:textId="77777777" w:rsidR="007E39AC" w:rsidRDefault="00061FC5">
            <w:r>
              <w:rPr>
                <w:color w:val="8A8178"/>
                <w:sz w:val="20"/>
              </w:rPr>
              <w:t xml:space="preserve">np. 3 </w:t>
            </w:r>
            <w:proofErr w:type="spellStart"/>
            <w:r>
              <w:rPr>
                <w:color w:val="8A8178"/>
                <w:sz w:val="20"/>
              </w:rPr>
              <w:t>razy</w:t>
            </w:r>
            <w:proofErr w:type="spellEnd"/>
            <w:r>
              <w:rPr>
                <w:color w:val="8A8178"/>
                <w:sz w:val="20"/>
              </w:rPr>
              <w:t xml:space="preserve"> w </w:t>
            </w:r>
            <w:proofErr w:type="spellStart"/>
            <w:r>
              <w:rPr>
                <w:color w:val="8A8178"/>
                <w:sz w:val="20"/>
              </w:rPr>
              <w:t>tygodniu</w:t>
            </w:r>
            <w:proofErr w:type="spellEnd"/>
          </w:p>
        </w:tc>
      </w:tr>
    </w:tbl>
    <w:p w14:paraId="763CE948" w14:textId="77777777" w:rsidR="007E39AC" w:rsidRDefault="00061FC5">
      <w:pPr>
        <w:spacing w:after="120"/>
      </w:pPr>
      <w:r>
        <w:rPr>
          <w:b/>
          <w:color w:val="2C2C2C"/>
        </w:rPr>
        <w:t xml:space="preserve">Jaki </w:t>
      </w:r>
      <w:proofErr w:type="spellStart"/>
      <w:r>
        <w:rPr>
          <w:b/>
          <w:color w:val="2C2C2C"/>
        </w:rPr>
        <w:t>rodzaj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treningu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wykonujesz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04"/>
        <w:gridCol w:w="5204"/>
      </w:tblGrid>
      <w:tr w:rsidR="007E39AC" w14:paraId="129D3570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9CE586F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siłownia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C2355BF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trening</w:t>
            </w:r>
            <w:proofErr w:type="spellEnd"/>
            <w:r>
              <w:rPr>
                <w:color w:val="2C2C2C"/>
                <w:sz w:val="20"/>
              </w:rPr>
              <w:t xml:space="preserve"> w </w:t>
            </w:r>
            <w:proofErr w:type="spellStart"/>
            <w:r>
              <w:rPr>
                <w:color w:val="2C2C2C"/>
                <w:sz w:val="20"/>
              </w:rPr>
              <w:t>domu</w:t>
            </w:r>
            <w:proofErr w:type="spellEnd"/>
          </w:p>
        </w:tc>
      </w:tr>
      <w:tr w:rsidR="007E39AC" w14:paraId="642D7B2C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417D43E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pilates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1361E1A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zajęcia</w:t>
            </w:r>
            <w:proofErr w:type="spellEnd"/>
            <w:r>
              <w:rPr>
                <w:color w:val="2C2C2C"/>
                <w:sz w:val="20"/>
              </w:rPr>
              <w:t xml:space="preserve"> fitness</w:t>
            </w:r>
          </w:p>
        </w:tc>
      </w:tr>
      <w:tr w:rsidR="007E39AC" w14:paraId="5DD56C12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FDB3BDF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bieganie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5894C1A3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r>
              <w:rPr>
                <w:color w:val="2C2C2C"/>
                <w:sz w:val="20"/>
              </w:rPr>
              <w:t>rower</w:t>
            </w:r>
          </w:p>
        </w:tc>
      </w:tr>
      <w:tr w:rsidR="007E39AC" w14:paraId="61F2A591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5F9FD0EB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inne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11EB42C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34C6A49C" w14:textId="77777777" w:rsidR="007E39AC" w:rsidRDefault="007E39AC">
      <w:pPr>
        <w:spacing w:after="40"/>
      </w:pPr>
    </w:p>
    <w:p w14:paraId="43A5D4F4" w14:textId="77777777" w:rsidR="007E39AC" w:rsidRDefault="00061FC5">
      <w:pPr>
        <w:spacing w:after="120"/>
      </w:pPr>
      <w:r>
        <w:rPr>
          <w:b/>
          <w:color w:val="2C2C2C"/>
        </w:rPr>
        <w:t xml:space="preserve">Jak </w:t>
      </w:r>
      <w:proofErr w:type="spellStart"/>
      <w:r>
        <w:rPr>
          <w:b/>
          <w:color w:val="2C2C2C"/>
        </w:rPr>
        <w:t>krótko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opisałabyś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swój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obecny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trening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24B0F662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BE77E24" w14:textId="77777777" w:rsidR="007E39AC" w:rsidRDefault="00061FC5">
            <w:r>
              <w:rPr>
                <w:color w:val="8A8178"/>
                <w:sz w:val="20"/>
              </w:rPr>
              <w:t xml:space="preserve">Np. 3x </w:t>
            </w:r>
            <w:proofErr w:type="spellStart"/>
            <w:r>
              <w:rPr>
                <w:color w:val="8A8178"/>
                <w:sz w:val="20"/>
              </w:rPr>
              <w:t>siłownia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głównie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maszyny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na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nogi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i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pośladki</w:t>
            </w:r>
            <w:proofErr w:type="spellEnd"/>
            <w:r>
              <w:rPr>
                <w:color w:val="8A8178"/>
                <w:sz w:val="20"/>
              </w:rPr>
              <w:t xml:space="preserve"> / 2x </w:t>
            </w:r>
            <w:proofErr w:type="spellStart"/>
            <w:r>
              <w:rPr>
                <w:color w:val="8A8178"/>
                <w:sz w:val="20"/>
              </w:rPr>
              <w:t>pilates</w:t>
            </w:r>
            <w:proofErr w:type="spellEnd"/>
            <w:r>
              <w:rPr>
                <w:color w:val="8A8178"/>
                <w:sz w:val="20"/>
              </w:rPr>
              <w:t xml:space="preserve"> + </w:t>
            </w:r>
            <w:proofErr w:type="spellStart"/>
            <w:r>
              <w:rPr>
                <w:color w:val="8A8178"/>
                <w:sz w:val="20"/>
              </w:rPr>
              <w:t>spacery</w:t>
            </w:r>
            <w:proofErr w:type="spellEnd"/>
            <w:r>
              <w:rPr>
                <w:color w:val="8A8178"/>
                <w:sz w:val="20"/>
              </w:rPr>
              <w:t xml:space="preserve"> / </w:t>
            </w:r>
            <w:proofErr w:type="spellStart"/>
            <w:r>
              <w:rPr>
                <w:color w:val="8A8178"/>
                <w:sz w:val="20"/>
              </w:rPr>
              <w:t>ćwiczę</w:t>
            </w:r>
            <w:proofErr w:type="spellEnd"/>
            <w:r>
              <w:rPr>
                <w:color w:val="8A8178"/>
                <w:sz w:val="20"/>
              </w:rPr>
              <w:t xml:space="preserve"> w </w:t>
            </w:r>
            <w:proofErr w:type="spellStart"/>
            <w:r>
              <w:rPr>
                <w:color w:val="8A8178"/>
                <w:sz w:val="20"/>
              </w:rPr>
              <w:t>domu</w:t>
            </w:r>
            <w:proofErr w:type="spellEnd"/>
            <w:r>
              <w:rPr>
                <w:color w:val="8A8178"/>
                <w:sz w:val="20"/>
              </w:rPr>
              <w:t xml:space="preserve"> z YouTube...</w:t>
            </w:r>
          </w:p>
          <w:p w14:paraId="0ADEFB54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275C8D99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33E8D23D" w14:textId="77777777" w:rsidR="007E39AC" w:rsidRDefault="007E39AC">
      <w:pPr>
        <w:spacing w:after="4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4"/>
        <w:gridCol w:w="5284"/>
      </w:tblGrid>
      <w:tr w:rsidR="007E39AC" w14:paraId="37505F6D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D63053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Czy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robisz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progres</w:t>
            </w:r>
            <w:proofErr w:type="spellEnd"/>
            <w:r>
              <w:rPr>
                <w:b/>
                <w:color w:val="2C2C2C"/>
                <w:sz w:val="19"/>
              </w:rPr>
              <w:t xml:space="preserve"> z </w:t>
            </w:r>
            <w:proofErr w:type="spellStart"/>
            <w:r>
              <w:rPr>
                <w:b/>
                <w:color w:val="2C2C2C"/>
                <w:sz w:val="19"/>
              </w:rPr>
              <w:t>czasem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08A28B" w14:textId="77777777" w:rsidR="007E39AC" w:rsidRDefault="00061FC5">
            <w:r>
              <w:rPr>
                <w:color w:val="8A8178"/>
                <w:sz w:val="20"/>
              </w:rPr>
              <w:t xml:space="preserve">☐ Tak, </w:t>
            </w:r>
            <w:proofErr w:type="spellStart"/>
            <w:r>
              <w:rPr>
                <w:color w:val="8A8178"/>
                <w:sz w:val="20"/>
              </w:rPr>
              <w:t>zwiększam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ciężar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lub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powtórzenia</w:t>
            </w:r>
            <w:proofErr w:type="spellEnd"/>
            <w:r>
              <w:rPr>
                <w:color w:val="8A8178"/>
                <w:sz w:val="20"/>
              </w:rPr>
              <w:t xml:space="preserve">    ☐ </w:t>
            </w:r>
            <w:proofErr w:type="spellStart"/>
            <w:r>
              <w:rPr>
                <w:color w:val="8A8178"/>
                <w:sz w:val="20"/>
              </w:rPr>
              <w:t>Raczej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nie</w:t>
            </w:r>
            <w:proofErr w:type="spellEnd"/>
            <w:r>
              <w:rPr>
                <w:color w:val="8A8178"/>
                <w:sz w:val="20"/>
              </w:rPr>
              <w:t xml:space="preserve">    ☐ Nie </w:t>
            </w:r>
            <w:proofErr w:type="spellStart"/>
            <w:r>
              <w:rPr>
                <w:color w:val="8A8178"/>
                <w:sz w:val="20"/>
              </w:rPr>
              <w:t>wiem</w:t>
            </w:r>
            <w:proofErr w:type="spellEnd"/>
          </w:p>
        </w:tc>
      </w:tr>
    </w:tbl>
    <w:p w14:paraId="2169A387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7. Cardio, </w:t>
      </w:r>
      <w:proofErr w:type="spellStart"/>
      <w:r>
        <w:rPr>
          <w:b/>
          <w:color w:val="2C2C2C"/>
          <w:sz w:val="32"/>
        </w:rPr>
        <w:t>kroki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i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aktywność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5284"/>
        <w:gridCol w:w="5284"/>
      </w:tblGrid>
      <w:tr w:rsidR="007E39AC" w14:paraId="52A2DF96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B33E18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Czy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robisz</w:t>
            </w:r>
            <w:proofErr w:type="spellEnd"/>
            <w:r>
              <w:rPr>
                <w:b/>
                <w:color w:val="2C2C2C"/>
                <w:sz w:val="19"/>
              </w:rPr>
              <w:t xml:space="preserve"> cardio?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620692" w14:textId="77777777" w:rsidR="007E39AC" w:rsidRDefault="00061FC5">
            <w:r>
              <w:rPr>
                <w:color w:val="8A8178"/>
                <w:sz w:val="20"/>
              </w:rPr>
              <w:t>☐ Tak    ☐ Nie</w:t>
            </w:r>
          </w:p>
        </w:tc>
      </w:tr>
      <w:tr w:rsidR="007E39AC" w14:paraId="1DC7B6DB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686172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Jeśli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tak</w:t>
            </w:r>
            <w:proofErr w:type="spellEnd"/>
            <w:r>
              <w:rPr>
                <w:b/>
                <w:color w:val="2C2C2C"/>
                <w:sz w:val="19"/>
              </w:rPr>
              <w:t xml:space="preserve">, </w:t>
            </w:r>
            <w:proofErr w:type="spellStart"/>
            <w:r>
              <w:rPr>
                <w:b/>
                <w:color w:val="2C2C2C"/>
                <w:sz w:val="19"/>
              </w:rPr>
              <w:t>jakie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i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ile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mniej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więcej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86F3818" w14:textId="77777777" w:rsidR="007E39AC" w:rsidRDefault="00061FC5">
            <w:r>
              <w:rPr>
                <w:color w:val="8A8178"/>
                <w:sz w:val="20"/>
              </w:rPr>
              <w:t xml:space="preserve">np. 2x po 30 min, rower, </w:t>
            </w:r>
            <w:proofErr w:type="spellStart"/>
            <w:r>
              <w:rPr>
                <w:color w:val="8A8178"/>
                <w:sz w:val="20"/>
              </w:rPr>
              <w:t>bieżnia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orbitrek</w:t>
            </w:r>
            <w:proofErr w:type="spellEnd"/>
          </w:p>
        </w:tc>
      </w:tr>
      <w:tr w:rsidR="007E39AC" w14:paraId="45CA8311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BEA3A3" w14:textId="77777777" w:rsidR="007E39AC" w:rsidRDefault="00061FC5">
            <w:r>
              <w:rPr>
                <w:b/>
                <w:color w:val="2C2C2C"/>
                <w:sz w:val="19"/>
              </w:rPr>
              <w:t xml:space="preserve">Ile </w:t>
            </w:r>
            <w:proofErr w:type="spellStart"/>
            <w:r>
              <w:rPr>
                <w:b/>
                <w:color w:val="2C2C2C"/>
                <w:sz w:val="19"/>
              </w:rPr>
              <w:t>średnio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robisz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kroków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dziennie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9860E8" w14:textId="77777777" w:rsidR="007E39AC" w:rsidRDefault="00061FC5">
            <w:r>
              <w:rPr>
                <w:color w:val="8A8178"/>
                <w:sz w:val="20"/>
              </w:rPr>
              <w:t xml:space="preserve">☐ </w:t>
            </w:r>
            <w:proofErr w:type="spellStart"/>
            <w:r>
              <w:rPr>
                <w:color w:val="8A8178"/>
                <w:sz w:val="20"/>
              </w:rPr>
              <w:t>poniżej</w:t>
            </w:r>
            <w:proofErr w:type="spellEnd"/>
            <w:r>
              <w:rPr>
                <w:color w:val="8A8178"/>
                <w:sz w:val="20"/>
              </w:rPr>
              <w:t xml:space="preserve"> 5 000    ☐ 5 000-8 000    ☐ 8 000-10 000    ☐ </w:t>
            </w:r>
            <w:proofErr w:type="spellStart"/>
            <w:r>
              <w:rPr>
                <w:color w:val="8A8178"/>
                <w:sz w:val="20"/>
              </w:rPr>
              <w:t>powyżej</w:t>
            </w:r>
            <w:proofErr w:type="spellEnd"/>
            <w:r>
              <w:rPr>
                <w:color w:val="8A8178"/>
                <w:sz w:val="20"/>
              </w:rPr>
              <w:t xml:space="preserve"> 10 000    ☐ </w:t>
            </w:r>
            <w:proofErr w:type="spellStart"/>
            <w:r>
              <w:rPr>
                <w:color w:val="8A8178"/>
                <w:sz w:val="20"/>
              </w:rPr>
              <w:t>nie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wiem</w:t>
            </w:r>
            <w:proofErr w:type="spellEnd"/>
          </w:p>
        </w:tc>
      </w:tr>
      <w:tr w:rsidR="007E39AC" w14:paraId="26E39797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12F467" w14:textId="77777777" w:rsidR="007E39AC" w:rsidRDefault="00061FC5">
            <w:r>
              <w:rPr>
                <w:b/>
                <w:color w:val="2C2C2C"/>
                <w:sz w:val="19"/>
              </w:rPr>
              <w:t xml:space="preserve">Jak </w:t>
            </w:r>
            <w:proofErr w:type="spellStart"/>
            <w:r>
              <w:rPr>
                <w:b/>
                <w:color w:val="2C2C2C"/>
                <w:sz w:val="19"/>
              </w:rPr>
              <w:t>wygląda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Twoja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praca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na</w:t>
            </w:r>
            <w:proofErr w:type="spellEnd"/>
            <w:r>
              <w:rPr>
                <w:b/>
                <w:color w:val="2C2C2C"/>
                <w:sz w:val="19"/>
              </w:rPr>
              <w:t xml:space="preserve"> co </w:t>
            </w:r>
            <w:proofErr w:type="spellStart"/>
            <w:r>
              <w:rPr>
                <w:b/>
                <w:color w:val="2C2C2C"/>
                <w:sz w:val="19"/>
              </w:rPr>
              <w:t>dzień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36C2FF" w14:textId="77777777" w:rsidR="007E39AC" w:rsidRDefault="00061FC5">
            <w:r>
              <w:rPr>
                <w:color w:val="8A8178"/>
                <w:sz w:val="20"/>
              </w:rPr>
              <w:t xml:space="preserve">☐ </w:t>
            </w:r>
            <w:proofErr w:type="spellStart"/>
            <w:r>
              <w:rPr>
                <w:color w:val="8A8178"/>
                <w:sz w:val="20"/>
              </w:rPr>
              <w:t>głównie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siedząca</w:t>
            </w:r>
            <w:proofErr w:type="spellEnd"/>
            <w:r>
              <w:rPr>
                <w:color w:val="8A8178"/>
                <w:sz w:val="20"/>
              </w:rPr>
              <w:t xml:space="preserve">    ☐ </w:t>
            </w:r>
            <w:proofErr w:type="spellStart"/>
            <w:r>
              <w:rPr>
                <w:color w:val="8A8178"/>
                <w:sz w:val="20"/>
              </w:rPr>
              <w:t>mieszana</w:t>
            </w:r>
            <w:proofErr w:type="spellEnd"/>
            <w:r>
              <w:rPr>
                <w:color w:val="8A8178"/>
                <w:sz w:val="20"/>
              </w:rPr>
              <w:t xml:space="preserve">    ☐ </w:t>
            </w:r>
            <w:proofErr w:type="spellStart"/>
            <w:r>
              <w:rPr>
                <w:color w:val="8A8178"/>
                <w:sz w:val="20"/>
              </w:rPr>
              <w:t>aktywna</w:t>
            </w:r>
            <w:proofErr w:type="spellEnd"/>
            <w:r>
              <w:rPr>
                <w:color w:val="8A8178"/>
                <w:sz w:val="20"/>
              </w:rPr>
              <w:t>/</w:t>
            </w:r>
            <w:proofErr w:type="spellStart"/>
            <w:r>
              <w:rPr>
                <w:color w:val="8A8178"/>
                <w:sz w:val="20"/>
              </w:rPr>
              <w:t>fizyczna</w:t>
            </w:r>
            <w:proofErr w:type="spellEnd"/>
          </w:p>
        </w:tc>
      </w:tr>
    </w:tbl>
    <w:p w14:paraId="043B455D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8. </w:t>
      </w:r>
      <w:proofErr w:type="spellStart"/>
      <w:r>
        <w:rPr>
          <w:b/>
          <w:color w:val="2C2C2C"/>
          <w:sz w:val="32"/>
        </w:rPr>
        <w:t>Aktualne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odżywianie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5284"/>
        <w:gridCol w:w="5284"/>
      </w:tblGrid>
      <w:tr w:rsidR="007E39AC" w14:paraId="7102ABF2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E0BB87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Czy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aktualnie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liczysz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kalorie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8871377" w14:textId="77777777" w:rsidR="007E39AC" w:rsidRDefault="00061FC5">
            <w:r>
              <w:rPr>
                <w:color w:val="8A8178"/>
                <w:sz w:val="20"/>
              </w:rPr>
              <w:t>☐ Tak    ☐ Nie</w:t>
            </w:r>
          </w:p>
        </w:tc>
      </w:tr>
      <w:tr w:rsidR="007E39AC" w14:paraId="4AA2FEEC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8B5C87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Jeśli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tak</w:t>
            </w:r>
            <w:proofErr w:type="spellEnd"/>
            <w:r>
              <w:rPr>
                <w:b/>
                <w:color w:val="2C2C2C"/>
                <w:sz w:val="19"/>
              </w:rPr>
              <w:t xml:space="preserve">, </w:t>
            </w:r>
            <w:proofErr w:type="spellStart"/>
            <w:r>
              <w:rPr>
                <w:b/>
                <w:color w:val="2C2C2C"/>
                <w:sz w:val="19"/>
              </w:rPr>
              <w:t>ile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kalorii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jesz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dziennie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3695307" w14:textId="77777777" w:rsidR="007E39AC" w:rsidRDefault="00061FC5">
            <w:r>
              <w:rPr>
                <w:color w:val="8A8178"/>
                <w:sz w:val="20"/>
              </w:rPr>
              <w:t>np. 1800 kcal</w:t>
            </w:r>
          </w:p>
        </w:tc>
      </w:tr>
      <w:tr w:rsidR="007E39AC" w14:paraId="510E9761" w14:textId="77777777">
        <w:trPr>
          <w:cantSplit/>
        </w:trPr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shd w:val="clear" w:color="auto" w:fill="F6F1E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1A733B" w14:textId="77777777" w:rsidR="007E39AC" w:rsidRDefault="00061FC5">
            <w:proofErr w:type="spellStart"/>
            <w:r>
              <w:rPr>
                <w:b/>
                <w:color w:val="2C2C2C"/>
                <w:sz w:val="19"/>
              </w:rPr>
              <w:t>Czy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znasz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swoje</w:t>
            </w:r>
            <w:proofErr w:type="spellEnd"/>
            <w:r>
              <w:rPr>
                <w:b/>
                <w:color w:val="2C2C2C"/>
                <w:sz w:val="19"/>
              </w:rPr>
              <w:t xml:space="preserve"> </w:t>
            </w:r>
            <w:proofErr w:type="spellStart"/>
            <w:r>
              <w:rPr>
                <w:b/>
                <w:color w:val="2C2C2C"/>
                <w:sz w:val="19"/>
              </w:rPr>
              <w:t>makro</w:t>
            </w:r>
            <w:proofErr w:type="spellEnd"/>
            <w:r>
              <w:rPr>
                <w:b/>
                <w:color w:val="2C2C2C"/>
                <w:sz w:val="19"/>
              </w:rPr>
              <w:t>?</w:t>
            </w:r>
          </w:p>
        </w:tc>
        <w:tc>
          <w:tcPr>
            <w:tcW w:w="5184" w:type="dxa"/>
            <w:tcBorders>
              <w:top w:val="single" w:sz="6" w:space="0" w:color="DDD4CA"/>
              <w:left w:val="single" w:sz="6" w:space="0" w:color="DDD4CA"/>
              <w:bottom w:val="single" w:sz="6" w:space="0" w:color="DDD4CA"/>
              <w:right w:val="single" w:sz="6" w:space="0" w:color="DDD4CA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3C393ED" w14:textId="77777777" w:rsidR="007E39AC" w:rsidRDefault="00061FC5">
            <w:r>
              <w:rPr>
                <w:color w:val="8A8178"/>
                <w:sz w:val="20"/>
              </w:rPr>
              <w:t xml:space="preserve">np. B 120 g / T 60 g / W 180 g </w:t>
            </w:r>
            <w:proofErr w:type="spellStart"/>
            <w:r>
              <w:rPr>
                <w:color w:val="8A8178"/>
                <w:sz w:val="20"/>
              </w:rPr>
              <w:t>albo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nie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znam</w:t>
            </w:r>
            <w:proofErr w:type="spellEnd"/>
          </w:p>
        </w:tc>
      </w:tr>
    </w:tbl>
    <w:p w14:paraId="37D24B7E" w14:textId="77777777" w:rsidR="007E39AC" w:rsidRDefault="00061FC5">
      <w:pPr>
        <w:spacing w:after="120"/>
      </w:pPr>
      <w:r>
        <w:rPr>
          <w:b/>
          <w:color w:val="2C2C2C"/>
        </w:rPr>
        <w:t xml:space="preserve">Jak </w:t>
      </w:r>
      <w:proofErr w:type="spellStart"/>
      <w:r>
        <w:rPr>
          <w:b/>
          <w:color w:val="2C2C2C"/>
        </w:rPr>
        <w:t>najtrafniej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opisałabyś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swoje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aktualne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jedzenie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04"/>
        <w:gridCol w:w="5204"/>
      </w:tblGrid>
      <w:tr w:rsidR="007E39AC" w14:paraId="16A0264A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9A6DFCA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jem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intuicyjnie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1E41902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trzymam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konkretną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dietę</w:t>
            </w:r>
            <w:proofErr w:type="spellEnd"/>
          </w:p>
        </w:tc>
      </w:tr>
      <w:tr w:rsidR="007E39AC" w14:paraId="31B1B3D9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8E9A014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liczę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kalorie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55AEE5C6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często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podjadam</w:t>
            </w:r>
            <w:proofErr w:type="spellEnd"/>
          </w:p>
        </w:tc>
      </w:tr>
      <w:tr w:rsidR="007E39AC" w14:paraId="052E7D8B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094D5A49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r>
              <w:rPr>
                <w:color w:val="2C2C2C"/>
                <w:sz w:val="20"/>
              </w:rPr>
              <w:t xml:space="preserve">mam problem ze </w:t>
            </w:r>
            <w:proofErr w:type="spellStart"/>
            <w:r>
              <w:rPr>
                <w:color w:val="2C2C2C"/>
                <w:sz w:val="20"/>
              </w:rPr>
              <w:t>słodyczami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78D5CD0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jem</w:t>
            </w:r>
            <w:proofErr w:type="spellEnd"/>
            <w:r>
              <w:rPr>
                <w:color w:val="2C2C2C"/>
                <w:sz w:val="20"/>
              </w:rPr>
              <w:t xml:space="preserve"> za </w:t>
            </w:r>
            <w:proofErr w:type="spellStart"/>
            <w:r>
              <w:rPr>
                <w:color w:val="2C2C2C"/>
                <w:sz w:val="20"/>
              </w:rPr>
              <w:t>mało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białka</w:t>
            </w:r>
            <w:proofErr w:type="spellEnd"/>
          </w:p>
        </w:tc>
      </w:tr>
      <w:tr w:rsidR="007E39AC" w14:paraId="0924155B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6392F936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jem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chaotycznie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186F83E8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nie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wiem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ile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realnie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jem</w:t>
            </w:r>
            <w:proofErr w:type="spellEnd"/>
          </w:p>
        </w:tc>
      </w:tr>
    </w:tbl>
    <w:p w14:paraId="4853EEC4" w14:textId="77777777" w:rsidR="007E39AC" w:rsidRDefault="007E39AC">
      <w:pPr>
        <w:spacing w:after="40"/>
      </w:pPr>
    </w:p>
    <w:p w14:paraId="56FBC392" w14:textId="77777777" w:rsidR="007E39AC" w:rsidRDefault="00061FC5">
      <w:pPr>
        <w:spacing w:after="120"/>
      </w:pPr>
      <w:r>
        <w:rPr>
          <w:b/>
          <w:color w:val="2C2C2C"/>
        </w:rPr>
        <w:t xml:space="preserve">Co jest </w:t>
      </w:r>
      <w:proofErr w:type="spellStart"/>
      <w:r>
        <w:rPr>
          <w:b/>
          <w:color w:val="2C2C2C"/>
        </w:rPr>
        <w:t>największym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problemem</w:t>
      </w:r>
      <w:proofErr w:type="spellEnd"/>
      <w:r>
        <w:rPr>
          <w:b/>
          <w:color w:val="2C2C2C"/>
        </w:rPr>
        <w:t xml:space="preserve"> w </w:t>
      </w:r>
      <w:proofErr w:type="spellStart"/>
      <w:r>
        <w:rPr>
          <w:b/>
          <w:color w:val="2C2C2C"/>
        </w:rPr>
        <w:t>Twoim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odżywianiu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6E4226C8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38AA73C" w14:textId="77777777" w:rsidR="007E39AC" w:rsidRDefault="00061FC5">
            <w:r>
              <w:rPr>
                <w:color w:val="8A8178"/>
                <w:sz w:val="20"/>
              </w:rPr>
              <w:t xml:space="preserve">Np. </w:t>
            </w:r>
            <w:proofErr w:type="spellStart"/>
            <w:r>
              <w:rPr>
                <w:color w:val="8A8178"/>
                <w:sz w:val="20"/>
              </w:rPr>
              <w:t>słodycze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wieczorem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weekendy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brak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regularności</w:t>
            </w:r>
            <w:proofErr w:type="spellEnd"/>
            <w:r>
              <w:rPr>
                <w:color w:val="8A8178"/>
                <w:sz w:val="20"/>
              </w:rPr>
              <w:t xml:space="preserve">, za </w:t>
            </w:r>
            <w:proofErr w:type="spellStart"/>
            <w:r>
              <w:rPr>
                <w:color w:val="8A8178"/>
                <w:sz w:val="20"/>
              </w:rPr>
              <w:t>mało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jedzenia</w:t>
            </w:r>
            <w:proofErr w:type="spellEnd"/>
            <w:r>
              <w:rPr>
                <w:color w:val="8A8178"/>
                <w:sz w:val="20"/>
              </w:rPr>
              <w:t xml:space="preserve"> w </w:t>
            </w:r>
            <w:proofErr w:type="spellStart"/>
            <w:r>
              <w:rPr>
                <w:color w:val="8A8178"/>
                <w:sz w:val="20"/>
              </w:rPr>
              <w:t>dzień</w:t>
            </w:r>
            <w:proofErr w:type="spellEnd"/>
            <w:r>
              <w:rPr>
                <w:color w:val="8A8178"/>
                <w:sz w:val="20"/>
              </w:rPr>
              <w:t xml:space="preserve">, </w:t>
            </w:r>
            <w:proofErr w:type="spellStart"/>
            <w:r>
              <w:rPr>
                <w:color w:val="8A8178"/>
                <w:sz w:val="20"/>
              </w:rPr>
              <w:t>napady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głodu</w:t>
            </w:r>
            <w:proofErr w:type="spellEnd"/>
            <w:r>
              <w:rPr>
                <w:color w:val="8A8178"/>
                <w:sz w:val="20"/>
              </w:rPr>
              <w:t>...</w:t>
            </w:r>
          </w:p>
          <w:p w14:paraId="493E718D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7B97165F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7AD6B2A0" w14:textId="77777777" w:rsidR="007E39AC" w:rsidRDefault="007E39AC">
      <w:pPr>
        <w:spacing w:after="40"/>
      </w:pPr>
    </w:p>
    <w:p w14:paraId="198F9A97" w14:textId="77777777" w:rsidR="007E39AC" w:rsidRDefault="00061FC5">
      <w:r>
        <w:br w:type="page"/>
      </w:r>
    </w:p>
    <w:p w14:paraId="352A4D13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lastRenderedPageBreak/>
        <w:t xml:space="preserve">9. </w:t>
      </w:r>
      <w:proofErr w:type="spellStart"/>
      <w:r>
        <w:rPr>
          <w:b/>
          <w:color w:val="2C2C2C"/>
          <w:sz w:val="32"/>
        </w:rPr>
        <w:t>Zdrowie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i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ograniczenia</w:t>
      </w:r>
      <w:proofErr w:type="spellEnd"/>
    </w:p>
    <w:p w14:paraId="32DBB0EA" w14:textId="77777777" w:rsidR="007E39AC" w:rsidRDefault="00061FC5">
      <w:pPr>
        <w:spacing w:after="120"/>
      </w:pPr>
      <w:proofErr w:type="spellStart"/>
      <w:r>
        <w:rPr>
          <w:b/>
          <w:color w:val="2C2C2C"/>
        </w:rPr>
        <w:t>Czy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masz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jakieś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problemy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zdrowotne</w:t>
      </w:r>
      <w:proofErr w:type="spellEnd"/>
      <w:r>
        <w:rPr>
          <w:b/>
          <w:color w:val="2C2C2C"/>
        </w:rPr>
        <w:t xml:space="preserve">, </w:t>
      </w:r>
      <w:proofErr w:type="spellStart"/>
      <w:r>
        <w:rPr>
          <w:b/>
          <w:color w:val="2C2C2C"/>
        </w:rPr>
        <w:t>które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mogą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mieć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znaczenie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04"/>
        <w:gridCol w:w="5204"/>
      </w:tblGrid>
      <w:tr w:rsidR="007E39AC" w14:paraId="4BCFA44D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11EC0C6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insulinooporność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03D63583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r>
              <w:rPr>
                <w:color w:val="2C2C2C"/>
                <w:sz w:val="20"/>
              </w:rPr>
              <w:t>PCOS</w:t>
            </w:r>
          </w:p>
        </w:tc>
      </w:tr>
      <w:tr w:rsidR="007E39AC" w14:paraId="6D1EF888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7DF0346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r>
              <w:rPr>
                <w:color w:val="2C2C2C"/>
                <w:sz w:val="20"/>
              </w:rPr>
              <w:t xml:space="preserve">Hashimoto / </w:t>
            </w:r>
            <w:proofErr w:type="spellStart"/>
            <w:r>
              <w:rPr>
                <w:color w:val="2C2C2C"/>
                <w:sz w:val="20"/>
              </w:rPr>
              <w:t>tarczyca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418D8473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problemy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hormonalne</w:t>
            </w:r>
            <w:proofErr w:type="spellEnd"/>
          </w:p>
        </w:tc>
      </w:tr>
      <w:tr w:rsidR="007E39AC" w14:paraId="1C942D33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5831618E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problemy</w:t>
            </w:r>
            <w:proofErr w:type="spellEnd"/>
            <w:r>
              <w:rPr>
                <w:color w:val="2C2C2C"/>
                <w:sz w:val="20"/>
              </w:rPr>
              <w:t xml:space="preserve"> z </w:t>
            </w:r>
            <w:proofErr w:type="spellStart"/>
            <w:r>
              <w:rPr>
                <w:color w:val="2C2C2C"/>
                <w:sz w:val="20"/>
              </w:rPr>
              <w:t>kręgosłupem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9787101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problemy</w:t>
            </w:r>
            <w:proofErr w:type="spellEnd"/>
            <w:r>
              <w:rPr>
                <w:color w:val="2C2C2C"/>
                <w:sz w:val="20"/>
              </w:rPr>
              <w:t xml:space="preserve"> z </w:t>
            </w:r>
            <w:proofErr w:type="spellStart"/>
            <w:r>
              <w:rPr>
                <w:color w:val="2C2C2C"/>
                <w:sz w:val="20"/>
              </w:rPr>
              <w:t>kolanami</w:t>
            </w:r>
            <w:proofErr w:type="spellEnd"/>
          </w:p>
        </w:tc>
      </w:tr>
      <w:tr w:rsidR="007E39AC" w14:paraId="3E14B821" w14:textId="77777777">
        <w:trPr>
          <w:cantSplit/>
          <w:jc w:val="center"/>
        </w:trPr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B96BE7D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problemy</w:t>
            </w:r>
            <w:proofErr w:type="spellEnd"/>
            <w:r>
              <w:rPr>
                <w:color w:val="2C2C2C"/>
                <w:sz w:val="20"/>
              </w:rPr>
              <w:t xml:space="preserve"> z </w:t>
            </w:r>
            <w:proofErr w:type="spellStart"/>
            <w:r>
              <w:rPr>
                <w:color w:val="2C2C2C"/>
                <w:sz w:val="20"/>
              </w:rPr>
              <w:t>biodrami</w:t>
            </w:r>
            <w:proofErr w:type="spellEnd"/>
          </w:p>
        </w:tc>
        <w:tc>
          <w:tcPr>
            <w:tcW w:w="518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6116ADC1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inne</w:t>
            </w:r>
            <w:proofErr w:type="spellEnd"/>
          </w:p>
        </w:tc>
      </w:tr>
    </w:tbl>
    <w:p w14:paraId="3BE89CDC" w14:textId="77777777" w:rsidR="007E39AC" w:rsidRDefault="007E39AC">
      <w:pPr>
        <w:spacing w:after="40"/>
      </w:pPr>
    </w:p>
    <w:p w14:paraId="65D679B6" w14:textId="77777777" w:rsidR="007E39AC" w:rsidRDefault="00061FC5">
      <w:pPr>
        <w:spacing w:after="120"/>
      </w:pPr>
      <w:proofErr w:type="spellStart"/>
      <w:r>
        <w:rPr>
          <w:b/>
          <w:color w:val="2C2C2C"/>
        </w:rPr>
        <w:t>Czy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bierzesz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jakieś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leki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lub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suplementy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0CFFE1D8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0083A7E" w14:textId="77777777" w:rsidR="007E39AC" w:rsidRDefault="00061FC5">
            <w:proofErr w:type="spellStart"/>
            <w:r>
              <w:rPr>
                <w:color w:val="8A8178"/>
                <w:sz w:val="20"/>
              </w:rPr>
              <w:t>Wpisz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odpowiedź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tutaj</w:t>
            </w:r>
            <w:proofErr w:type="spellEnd"/>
            <w:r>
              <w:rPr>
                <w:color w:val="8A8178"/>
                <w:sz w:val="20"/>
              </w:rPr>
              <w:t>...</w:t>
            </w:r>
          </w:p>
          <w:p w14:paraId="06B8EBE3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7F3E1D88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4F87E3A0" w14:textId="77777777" w:rsidR="007E39AC" w:rsidRDefault="007E39AC">
      <w:pPr>
        <w:spacing w:after="40"/>
      </w:pPr>
    </w:p>
    <w:p w14:paraId="2B3447E5" w14:textId="77777777" w:rsidR="007E39AC" w:rsidRDefault="00061FC5">
      <w:pPr>
        <w:spacing w:after="120"/>
      </w:pPr>
      <w:proofErr w:type="spellStart"/>
      <w:r>
        <w:rPr>
          <w:b/>
          <w:color w:val="2C2C2C"/>
        </w:rPr>
        <w:t>Czy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masz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jakieś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ograniczenia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treningowe</w:t>
      </w:r>
      <w:proofErr w:type="spellEnd"/>
      <w:r>
        <w:rPr>
          <w:b/>
          <w:color w:val="2C2C2C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62CC654B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FB6DCB5" w14:textId="77777777" w:rsidR="007E39AC" w:rsidRDefault="00061FC5">
            <w:proofErr w:type="spellStart"/>
            <w:r>
              <w:rPr>
                <w:color w:val="8A8178"/>
                <w:sz w:val="20"/>
              </w:rPr>
              <w:t>Wpisz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odpowiedź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tutaj</w:t>
            </w:r>
            <w:proofErr w:type="spellEnd"/>
            <w:r>
              <w:rPr>
                <w:color w:val="8A8178"/>
                <w:sz w:val="20"/>
              </w:rPr>
              <w:t>...</w:t>
            </w:r>
          </w:p>
          <w:p w14:paraId="753DCE4A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5F1FD21C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5656E861" w14:textId="77777777" w:rsidR="007E39AC" w:rsidRDefault="007E39AC">
      <w:pPr>
        <w:spacing w:after="40"/>
      </w:pPr>
    </w:p>
    <w:p w14:paraId="5F1DADEC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10. </w:t>
      </w:r>
      <w:proofErr w:type="spellStart"/>
      <w:r>
        <w:rPr>
          <w:b/>
          <w:color w:val="2C2C2C"/>
          <w:sz w:val="32"/>
        </w:rPr>
        <w:t>Najważniejsze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pytanie</w:t>
      </w:r>
      <w:proofErr w:type="spellEnd"/>
    </w:p>
    <w:p w14:paraId="10A62B07" w14:textId="77777777" w:rsidR="007E39AC" w:rsidRDefault="00061FC5">
      <w:pPr>
        <w:spacing w:after="120"/>
      </w:pPr>
      <w:proofErr w:type="spellStart"/>
      <w:r>
        <w:rPr>
          <w:color w:val="6F665D"/>
          <w:sz w:val="19"/>
        </w:rPr>
        <w:t>Gdybyś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miała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opisać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swój</w:t>
      </w:r>
      <w:proofErr w:type="spellEnd"/>
      <w:r>
        <w:rPr>
          <w:color w:val="6F665D"/>
          <w:sz w:val="19"/>
        </w:rPr>
        <w:t xml:space="preserve"> problem </w:t>
      </w:r>
      <w:proofErr w:type="spellStart"/>
      <w:r>
        <w:rPr>
          <w:color w:val="6F665D"/>
          <w:sz w:val="19"/>
        </w:rPr>
        <w:t>jednym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zdaniem</w:t>
      </w:r>
      <w:proofErr w:type="spellEnd"/>
      <w:r>
        <w:rPr>
          <w:color w:val="6F665D"/>
          <w:sz w:val="19"/>
        </w:rPr>
        <w:t xml:space="preserve">, co </w:t>
      </w:r>
      <w:proofErr w:type="spellStart"/>
      <w:r>
        <w:rPr>
          <w:color w:val="6F665D"/>
          <w:sz w:val="19"/>
        </w:rPr>
        <w:t>byś</w:t>
      </w:r>
      <w:proofErr w:type="spellEnd"/>
      <w:r>
        <w:rPr>
          <w:color w:val="6F665D"/>
          <w:sz w:val="19"/>
        </w:rPr>
        <w:t xml:space="preserve"> </w:t>
      </w:r>
      <w:proofErr w:type="spellStart"/>
      <w:r>
        <w:rPr>
          <w:color w:val="6F665D"/>
          <w:sz w:val="19"/>
        </w:rPr>
        <w:t>napisała</w:t>
      </w:r>
      <w:proofErr w:type="spellEnd"/>
      <w:r>
        <w:rPr>
          <w:color w:val="6F665D"/>
          <w:sz w:val="19"/>
        </w:rPr>
        <w:t>?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503BF4F7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1CD5B6C" w14:textId="77777777" w:rsidR="007E39AC" w:rsidRDefault="00061FC5">
            <w:r>
              <w:rPr>
                <w:color w:val="8A8178"/>
                <w:sz w:val="20"/>
              </w:rPr>
              <w:t xml:space="preserve">Np. </w:t>
            </w:r>
            <w:proofErr w:type="spellStart"/>
            <w:r>
              <w:rPr>
                <w:color w:val="8A8178"/>
                <w:sz w:val="20"/>
              </w:rPr>
              <w:t>ćwiczę</w:t>
            </w:r>
            <w:proofErr w:type="spellEnd"/>
            <w:r>
              <w:rPr>
                <w:color w:val="8A8178"/>
                <w:sz w:val="20"/>
              </w:rPr>
              <w:t xml:space="preserve">, ale </w:t>
            </w:r>
            <w:proofErr w:type="spellStart"/>
            <w:r>
              <w:rPr>
                <w:color w:val="8A8178"/>
                <w:sz w:val="20"/>
              </w:rPr>
              <w:t>ciało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dalej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wygląda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miękko</w:t>
            </w:r>
            <w:proofErr w:type="spellEnd"/>
            <w:r>
              <w:rPr>
                <w:color w:val="8A8178"/>
                <w:sz w:val="20"/>
              </w:rPr>
              <w:t xml:space="preserve"> / </w:t>
            </w:r>
            <w:proofErr w:type="spellStart"/>
            <w:r>
              <w:rPr>
                <w:color w:val="8A8178"/>
                <w:sz w:val="20"/>
              </w:rPr>
              <w:t>jestem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szczupła</w:t>
            </w:r>
            <w:proofErr w:type="spellEnd"/>
            <w:r>
              <w:rPr>
                <w:color w:val="8A8178"/>
                <w:sz w:val="20"/>
              </w:rPr>
              <w:t xml:space="preserve">, ale mam </w:t>
            </w:r>
            <w:proofErr w:type="spellStart"/>
            <w:r>
              <w:rPr>
                <w:color w:val="8A8178"/>
                <w:sz w:val="20"/>
              </w:rPr>
              <w:t>brzuch</w:t>
            </w:r>
            <w:proofErr w:type="spellEnd"/>
            <w:r>
              <w:rPr>
                <w:color w:val="8A8178"/>
                <w:sz w:val="20"/>
              </w:rPr>
              <w:t xml:space="preserve"> / </w:t>
            </w:r>
            <w:proofErr w:type="spellStart"/>
            <w:r>
              <w:rPr>
                <w:color w:val="8A8178"/>
                <w:sz w:val="20"/>
              </w:rPr>
              <w:t>chcę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większe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pośladki</w:t>
            </w:r>
            <w:proofErr w:type="spellEnd"/>
            <w:r>
              <w:rPr>
                <w:color w:val="8A8178"/>
                <w:sz w:val="20"/>
              </w:rPr>
              <w:t xml:space="preserve">, ale </w:t>
            </w:r>
            <w:proofErr w:type="spellStart"/>
            <w:r>
              <w:rPr>
                <w:color w:val="8A8178"/>
                <w:sz w:val="20"/>
              </w:rPr>
              <w:t>boję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się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przytyć</w:t>
            </w:r>
            <w:proofErr w:type="spellEnd"/>
            <w:r>
              <w:rPr>
                <w:color w:val="8A8178"/>
                <w:sz w:val="20"/>
              </w:rPr>
              <w:t>...</w:t>
            </w:r>
          </w:p>
          <w:p w14:paraId="4E391AB2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7FC1FE0B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27318312" w14:textId="77777777" w:rsidR="007E39AC" w:rsidRDefault="007E39AC">
      <w:pPr>
        <w:spacing w:after="40"/>
      </w:pPr>
    </w:p>
    <w:p w14:paraId="317E0D20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11. </w:t>
      </w:r>
      <w:proofErr w:type="spellStart"/>
      <w:r>
        <w:rPr>
          <w:b/>
          <w:color w:val="2C2C2C"/>
          <w:sz w:val="32"/>
        </w:rPr>
        <w:t>Zgody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i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ważne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informacje</w:t>
      </w:r>
      <w:proofErr w:type="spellEnd"/>
    </w:p>
    <w:p w14:paraId="4BCA5852" w14:textId="77777777" w:rsidR="007E39AC" w:rsidRDefault="00061FC5">
      <w:pPr>
        <w:spacing w:after="120"/>
      </w:pPr>
      <w:r>
        <w:rPr>
          <w:color w:val="2C2C2C"/>
        </w:rPr>
        <w:t xml:space="preserve">Analiza </w:t>
      </w:r>
      <w:proofErr w:type="spellStart"/>
      <w:r>
        <w:rPr>
          <w:color w:val="2C2C2C"/>
        </w:rPr>
        <w:t>Sylwetki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nie</w:t>
      </w:r>
      <w:proofErr w:type="spellEnd"/>
      <w:r>
        <w:rPr>
          <w:color w:val="2C2C2C"/>
        </w:rPr>
        <w:t xml:space="preserve"> jest </w:t>
      </w:r>
      <w:proofErr w:type="spellStart"/>
      <w:r>
        <w:rPr>
          <w:color w:val="2C2C2C"/>
        </w:rPr>
        <w:t>planem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treningowym</w:t>
      </w:r>
      <w:proofErr w:type="spellEnd"/>
      <w:r>
        <w:rPr>
          <w:color w:val="2C2C2C"/>
        </w:rPr>
        <w:t xml:space="preserve">, </w:t>
      </w:r>
      <w:proofErr w:type="spellStart"/>
      <w:r>
        <w:rPr>
          <w:color w:val="2C2C2C"/>
        </w:rPr>
        <w:t>dietą</w:t>
      </w:r>
      <w:proofErr w:type="spellEnd"/>
      <w:r>
        <w:rPr>
          <w:color w:val="2C2C2C"/>
        </w:rPr>
        <w:t xml:space="preserve"> ani </w:t>
      </w:r>
      <w:proofErr w:type="spellStart"/>
      <w:r>
        <w:rPr>
          <w:color w:val="2C2C2C"/>
        </w:rPr>
        <w:t>prowadzeniem</w:t>
      </w:r>
      <w:proofErr w:type="spellEnd"/>
      <w:r>
        <w:rPr>
          <w:color w:val="2C2C2C"/>
        </w:rPr>
        <w:t xml:space="preserve"> online. To </w:t>
      </w:r>
      <w:proofErr w:type="spellStart"/>
      <w:r>
        <w:rPr>
          <w:color w:val="2C2C2C"/>
        </w:rPr>
        <w:t>indywidualna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diagnoza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kierunku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działania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na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podstawie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przesłanych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informacji</w:t>
      </w:r>
      <w:proofErr w:type="spellEnd"/>
      <w:r>
        <w:rPr>
          <w:color w:val="2C2C2C"/>
        </w:rPr>
        <w:t xml:space="preserve">, </w:t>
      </w:r>
      <w:proofErr w:type="spellStart"/>
      <w:r>
        <w:rPr>
          <w:color w:val="2C2C2C"/>
        </w:rPr>
        <w:t>zdjęć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i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celu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sylwetkowego</w:t>
      </w:r>
      <w:proofErr w:type="spellEnd"/>
      <w:r>
        <w:rPr>
          <w:color w:val="2C2C2C"/>
        </w:rPr>
        <w:t>.</w:t>
      </w:r>
    </w:p>
    <w:p w14:paraId="2CAB1782" w14:textId="77777777" w:rsidR="007E39AC" w:rsidRDefault="00061FC5">
      <w:pPr>
        <w:spacing w:after="120"/>
      </w:pPr>
      <w:r>
        <w:rPr>
          <w:color w:val="2C2C2C"/>
        </w:rPr>
        <w:t xml:space="preserve">Analiza </w:t>
      </w:r>
      <w:proofErr w:type="spellStart"/>
      <w:r>
        <w:rPr>
          <w:color w:val="2C2C2C"/>
        </w:rPr>
        <w:t>nie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zastępuje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konsultacji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lekarskiej</w:t>
      </w:r>
      <w:proofErr w:type="spellEnd"/>
      <w:r>
        <w:rPr>
          <w:color w:val="2C2C2C"/>
        </w:rPr>
        <w:t xml:space="preserve">, </w:t>
      </w:r>
      <w:proofErr w:type="spellStart"/>
      <w:r>
        <w:rPr>
          <w:color w:val="2C2C2C"/>
        </w:rPr>
        <w:t>dietetycznej</w:t>
      </w:r>
      <w:proofErr w:type="spellEnd"/>
      <w:r>
        <w:rPr>
          <w:color w:val="2C2C2C"/>
        </w:rPr>
        <w:t xml:space="preserve"> ani </w:t>
      </w:r>
      <w:proofErr w:type="spellStart"/>
      <w:r>
        <w:rPr>
          <w:color w:val="2C2C2C"/>
        </w:rPr>
        <w:t>fizjoterapeutycznej</w:t>
      </w:r>
      <w:proofErr w:type="spellEnd"/>
      <w:r>
        <w:rPr>
          <w:color w:val="2C2C2C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08"/>
      </w:tblGrid>
      <w:tr w:rsidR="007E39AC" w14:paraId="4C915B4C" w14:textId="77777777">
        <w:trPr>
          <w:cantSplit/>
          <w:jc w:val="center"/>
        </w:trPr>
        <w:tc>
          <w:tcPr>
            <w:tcW w:w="103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3AB1A846" w14:textId="77777777" w:rsidR="007E39AC" w:rsidRDefault="00061FC5">
            <w:r>
              <w:rPr>
                <w:b/>
                <w:color w:val="837A6F"/>
                <w:sz w:val="22"/>
              </w:rPr>
              <w:lastRenderedPageBreak/>
              <w:t xml:space="preserve">☐ </w:t>
            </w:r>
            <w:proofErr w:type="spellStart"/>
            <w:r>
              <w:rPr>
                <w:color w:val="2C2C2C"/>
                <w:sz w:val="20"/>
              </w:rPr>
              <w:t>Potwierdzam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że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przesłane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informacje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są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zgodne</w:t>
            </w:r>
            <w:proofErr w:type="spellEnd"/>
            <w:r>
              <w:rPr>
                <w:color w:val="2C2C2C"/>
                <w:sz w:val="20"/>
              </w:rPr>
              <w:t xml:space="preserve"> z </w:t>
            </w:r>
            <w:proofErr w:type="spellStart"/>
            <w:r>
              <w:rPr>
                <w:color w:val="2C2C2C"/>
                <w:sz w:val="20"/>
              </w:rPr>
              <w:t>prawdą</w:t>
            </w:r>
            <w:proofErr w:type="spellEnd"/>
            <w:r>
              <w:rPr>
                <w:color w:val="2C2C2C"/>
                <w:sz w:val="20"/>
              </w:rPr>
              <w:t>.</w:t>
            </w:r>
          </w:p>
        </w:tc>
      </w:tr>
      <w:tr w:rsidR="007E39AC" w14:paraId="60355ED8" w14:textId="77777777">
        <w:trPr>
          <w:cantSplit/>
          <w:jc w:val="center"/>
        </w:trPr>
        <w:tc>
          <w:tcPr>
            <w:tcW w:w="103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F685297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Rozumiem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że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analiza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nie</w:t>
            </w:r>
            <w:proofErr w:type="spellEnd"/>
            <w:r>
              <w:rPr>
                <w:color w:val="2C2C2C"/>
                <w:sz w:val="20"/>
              </w:rPr>
              <w:t xml:space="preserve"> jest </w:t>
            </w:r>
            <w:proofErr w:type="spellStart"/>
            <w:r>
              <w:rPr>
                <w:color w:val="2C2C2C"/>
                <w:sz w:val="20"/>
              </w:rPr>
              <w:t>pełnym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planem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treningowym</w:t>
            </w:r>
            <w:proofErr w:type="spellEnd"/>
            <w:r>
              <w:rPr>
                <w:color w:val="2C2C2C"/>
                <w:sz w:val="20"/>
              </w:rPr>
              <w:t xml:space="preserve"> ani </w:t>
            </w:r>
            <w:proofErr w:type="spellStart"/>
            <w:r>
              <w:rPr>
                <w:color w:val="2C2C2C"/>
                <w:sz w:val="20"/>
              </w:rPr>
              <w:t>dietą</w:t>
            </w:r>
            <w:proofErr w:type="spellEnd"/>
            <w:r>
              <w:rPr>
                <w:color w:val="2C2C2C"/>
                <w:sz w:val="20"/>
              </w:rPr>
              <w:t>.</w:t>
            </w:r>
          </w:p>
        </w:tc>
      </w:tr>
      <w:tr w:rsidR="007E39AC" w14:paraId="442B4279" w14:textId="77777777">
        <w:trPr>
          <w:cantSplit/>
          <w:jc w:val="center"/>
        </w:trPr>
        <w:tc>
          <w:tcPr>
            <w:tcW w:w="103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7A846533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Rozumiem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że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moje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zdjęcia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i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materiały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nie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będą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publikowane</w:t>
            </w:r>
            <w:proofErr w:type="spellEnd"/>
            <w:r>
              <w:rPr>
                <w:color w:val="2C2C2C"/>
                <w:sz w:val="20"/>
              </w:rPr>
              <w:t xml:space="preserve"> bez </w:t>
            </w:r>
            <w:proofErr w:type="spellStart"/>
            <w:r>
              <w:rPr>
                <w:color w:val="2C2C2C"/>
                <w:sz w:val="20"/>
              </w:rPr>
              <w:t>mojej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zgody</w:t>
            </w:r>
            <w:proofErr w:type="spellEnd"/>
            <w:r>
              <w:rPr>
                <w:color w:val="2C2C2C"/>
                <w:sz w:val="20"/>
              </w:rPr>
              <w:t>.</w:t>
            </w:r>
          </w:p>
        </w:tc>
      </w:tr>
      <w:tr w:rsidR="007E39AC" w14:paraId="43005D8A" w14:textId="77777777">
        <w:trPr>
          <w:cantSplit/>
          <w:jc w:val="center"/>
        </w:trPr>
        <w:tc>
          <w:tcPr>
            <w:tcW w:w="103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50" w:type="dxa"/>
              <w:left w:w="20" w:type="dxa"/>
              <w:bottom w:w="50" w:type="dxa"/>
              <w:right w:w="20" w:type="dxa"/>
            </w:tcMar>
          </w:tcPr>
          <w:p w14:paraId="4AA1F9FE" w14:textId="77777777" w:rsidR="007E39AC" w:rsidRDefault="00061FC5">
            <w:r>
              <w:rPr>
                <w:b/>
                <w:color w:val="837A6F"/>
                <w:sz w:val="22"/>
              </w:rPr>
              <w:t xml:space="preserve">☐ </w:t>
            </w:r>
            <w:proofErr w:type="spellStart"/>
            <w:r>
              <w:rPr>
                <w:color w:val="2C2C2C"/>
                <w:sz w:val="20"/>
              </w:rPr>
              <w:t>Potwierdzam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że</w:t>
            </w:r>
            <w:proofErr w:type="spellEnd"/>
            <w:r>
              <w:rPr>
                <w:color w:val="2C2C2C"/>
                <w:sz w:val="20"/>
              </w:rPr>
              <w:t xml:space="preserve"> mam </w:t>
            </w:r>
            <w:proofErr w:type="spellStart"/>
            <w:r>
              <w:rPr>
                <w:color w:val="2C2C2C"/>
                <w:sz w:val="20"/>
              </w:rPr>
              <w:t>ukończone</w:t>
            </w:r>
            <w:proofErr w:type="spellEnd"/>
            <w:r>
              <w:rPr>
                <w:color w:val="2C2C2C"/>
                <w:sz w:val="20"/>
              </w:rPr>
              <w:t xml:space="preserve"> 18 lat.</w:t>
            </w:r>
          </w:p>
        </w:tc>
      </w:tr>
    </w:tbl>
    <w:p w14:paraId="00114FED" w14:textId="77777777" w:rsidR="007E39AC" w:rsidRDefault="007E39AC">
      <w:pPr>
        <w:spacing w:after="40"/>
      </w:pPr>
    </w:p>
    <w:p w14:paraId="3333F3F1" w14:textId="77777777" w:rsidR="007E39AC" w:rsidRDefault="00061FC5">
      <w:pPr>
        <w:keepNext/>
        <w:spacing w:before="240" w:after="160"/>
      </w:pPr>
      <w:r>
        <w:rPr>
          <w:b/>
          <w:color w:val="2C2C2C"/>
          <w:sz w:val="32"/>
        </w:rPr>
        <w:t xml:space="preserve">12. Jak </w:t>
      </w:r>
      <w:proofErr w:type="spellStart"/>
      <w:r>
        <w:rPr>
          <w:b/>
          <w:color w:val="2C2C2C"/>
          <w:sz w:val="32"/>
        </w:rPr>
        <w:t>wysłać</w:t>
      </w:r>
      <w:proofErr w:type="spellEnd"/>
      <w:r>
        <w:rPr>
          <w:b/>
          <w:color w:val="2C2C2C"/>
          <w:sz w:val="32"/>
        </w:rPr>
        <w:t xml:space="preserve"> </w:t>
      </w:r>
      <w:proofErr w:type="spellStart"/>
      <w:r>
        <w:rPr>
          <w:b/>
          <w:color w:val="2C2C2C"/>
          <w:sz w:val="32"/>
        </w:rPr>
        <w:t>materiały</w:t>
      </w:r>
      <w:proofErr w:type="spellEnd"/>
      <w:r>
        <w:rPr>
          <w:b/>
          <w:color w:val="2C2C2C"/>
          <w:sz w:val="32"/>
        </w:rPr>
        <w:t>?</w:t>
      </w:r>
    </w:p>
    <w:p w14:paraId="6B222AE8" w14:textId="77777777" w:rsidR="007E39AC" w:rsidRDefault="00061FC5">
      <w:pPr>
        <w:spacing w:after="120"/>
      </w:pPr>
      <w:r>
        <w:rPr>
          <w:color w:val="2C2C2C"/>
        </w:rPr>
        <w:t xml:space="preserve">Po </w:t>
      </w:r>
      <w:proofErr w:type="spellStart"/>
      <w:r>
        <w:rPr>
          <w:color w:val="2C2C2C"/>
        </w:rPr>
        <w:t>uzupełnieniu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formularza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odeślij</w:t>
      </w:r>
      <w:proofErr w:type="spellEnd"/>
      <w:r>
        <w:rPr>
          <w:color w:val="2C2C2C"/>
        </w:rPr>
        <w:t xml:space="preserve"> go </w:t>
      </w:r>
      <w:proofErr w:type="spellStart"/>
      <w:r>
        <w:rPr>
          <w:color w:val="2C2C2C"/>
        </w:rPr>
        <w:t>jako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plik</w:t>
      </w:r>
      <w:proofErr w:type="spellEnd"/>
      <w:r>
        <w:rPr>
          <w:color w:val="2C2C2C"/>
        </w:rPr>
        <w:t xml:space="preserve"> Word </w:t>
      </w:r>
      <w:proofErr w:type="spellStart"/>
      <w:r>
        <w:rPr>
          <w:color w:val="2C2C2C"/>
        </w:rPr>
        <w:t>albo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zapisz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jako</w:t>
      </w:r>
      <w:proofErr w:type="spellEnd"/>
      <w:r>
        <w:rPr>
          <w:color w:val="2C2C2C"/>
        </w:rPr>
        <w:t xml:space="preserve"> PDF </w:t>
      </w:r>
      <w:proofErr w:type="spellStart"/>
      <w:r>
        <w:rPr>
          <w:color w:val="2C2C2C"/>
        </w:rPr>
        <w:t>i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wyślij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razem</w:t>
      </w:r>
      <w:proofErr w:type="spellEnd"/>
      <w:r>
        <w:rPr>
          <w:color w:val="2C2C2C"/>
        </w:rPr>
        <w:t xml:space="preserve"> z </w:t>
      </w:r>
      <w:proofErr w:type="spellStart"/>
      <w:r>
        <w:rPr>
          <w:color w:val="2C2C2C"/>
        </w:rPr>
        <w:t>materiałami</w:t>
      </w:r>
      <w:proofErr w:type="spellEnd"/>
      <w:r>
        <w:rPr>
          <w:color w:val="2C2C2C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68"/>
      </w:tblGrid>
      <w:tr w:rsidR="007E39AC" w14:paraId="0670C8D4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8D50344" w14:textId="77777777" w:rsidR="007E39AC" w:rsidRDefault="00061FC5">
            <w:r>
              <w:rPr>
                <w:b/>
                <w:color w:val="2C2C2C"/>
              </w:rPr>
              <w:t xml:space="preserve">W </w:t>
            </w:r>
            <w:proofErr w:type="spellStart"/>
            <w:r>
              <w:rPr>
                <w:b/>
                <w:color w:val="2C2C2C"/>
              </w:rPr>
              <w:t>jednej</w:t>
            </w:r>
            <w:proofErr w:type="spellEnd"/>
            <w:r>
              <w:rPr>
                <w:b/>
                <w:color w:val="2C2C2C"/>
              </w:rPr>
              <w:t xml:space="preserve"> </w:t>
            </w:r>
            <w:proofErr w:type="spellStart"/>
            <w:r>
              <w:rPr>
                <w:b/>
                <w:color w:val="2C2C2C"/>
              </w:rPr>
              <w:t>wiadomości</w:t>
            </w:r>
            <w:proofErr w:type="spellEnd"/>
            <w:r>
              <w:rPr>
                <w:b/>
                <w:color w:val="2C2C2C"/>
              </w:rPr>
              <w:t xml:space="preserve"> </w:t>
            </w:r>
            <w:proofErr w:type="spellStart"/>
            <w:r>
              <w:rPr>
                <w:b/>
                <w:color w:val="2C2C2C"/>
              </w:rPr>
              <w:t>mailowej</w:t>
            </w:r>
            <w:proofErr w:type="spellEnd"/>
            <w:r>
              <w:rPr>
                <w:b/>
                <w:color w:val="2C2C2C"/>
              </w:rPr>
              <w:t xml:space="preserve"> </w:t>
            </w:r>
            <w:proofErr w:type="spellStart"/>
            <w:r>
              <w:rPr>
                <w:b/>
                <w:color w:val="2C2C2C"/>
              </w:rPr>
              <w:t>wyślij</w:t>
            </w:r>
            <w:proofErr w:type="spellEnd"/>
            <w:r>
              <w:rPr>
                <w:b/>
                <w:color w:val="2C2C2C"/>
              </w:rPr>
              <w:t>:</w:t>
            </w:r>
          </w:p>
          <w:p w14:paraId="3EEAFA48" w14:textId="77777777" w:rsidR="007E39AC" w:rsidRDefault="00061FC5">
            <w:pPr>
              <w:ind w:left="216"/>
            </w:pPr>
            <w:r>
              <w:rPr>
                <w:b/>
                <w:color w:val="837A6F"/>
              </w:rPr>
              <w:t xml:space="preserve">• </w:t>
            </w:r>
            <w:proofErr w:type="spellStart"/>
            <w:r>
              <w:rPr>
                <w:color w:val="2C2C2C"/>
                <w:sz w:val="20"/>
              </w:rPr>
              <w:t>uzupełniony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formularz</w:t>
            </w:r>
            <w:proofErr w:type="spellEnd"/>
            <w:r>
              <w:rPr>
                <w:color w:val="2C2C2C"/>
                <w:sz w:val="20"/>
              </w:rPr>
              <w:t xml:space="preserve"> Word </w:t>
            </w:r>
            <w:proofErr w:type="spellStart"/>
            <w:r>
              <w:rPr>
                <w:color w:val="2C2C2C"/>
                <w:sz w:val="20"/>
              </w:rPr>
              <w:t>lub</w:t>
            </w:r>
            <w:proofErr w:type="spellEnd"/>
            <w:r>
              <w:rPr>
                <w:color w:val="2C2C2C"/>
                <w:sz w:val="20"/>
              </w:rPr>
              <w:t xml:space="preserve"> PDF,</w:t>
            </w:r>
          </w:p>
          <w:p w14:paraId="579066EF" w14:textId="77777777" w:rsidR="007E39AC" w:rsidRDefault="00061FC5">
            <w:pPr>
              <w:ind w:left="216"/>
            </w:pPr>
            <w:r>
              <w:rPr>
                <w:b/>
                <w:color w:val="837A6F"/>
              </w:rPr>
              <w:t xml:space="preserve">• </w:t>
            </w:r>
            <w:proofErr w:type="spellStart"/>
            <w:r>
              <w:rPr>
                <w:color w:val="2C2C2C"/>
                <w:sz w:val="20"/>
              </w:rPr>
              <w:t>zdjęcia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aktualnej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sylwetki</w:t>
            </w:r>
            <w:proofErr w:type="spellEnd"/>
            <w:r>
              <w:rPr>
                <w:color w:val="2C2C2C"/>
                <w:sz w:val="20"/>
              </w:rPr>
              <w:t xml:space="preserve">: </w:t>
            </w:r>
            <w:proofErr w:type="spellStart"/>
            <w:r>
              <w:rPr>
                <w:color w:val="2C2C2C"/>
                <w:sz w:val="20"/>
              </w:rPr>
              <w:t>przód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bok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tył</w:t>
            </w:r>
            <w:proofErr w:type="spellEnd"/>
            <w:r>
              <w:rPr>
                <w:color w:val="2C2C2C"/>
                <w:sz w:val="20"/>
              </w:rPr>
              <w:t>,</w:t>
            </w:r>
          </w:p>
          <w:p w14:paraId="59C9C34D" w14:textId="1E621A7F" w:rsidR="007E39AC" w:rsidRDefault="00061FC5">
            <w:pPr>
              <w:ind w:left="216"/>
            </w:pPr>
            <w:r>
              <w:rPr>
                <w:b/>
                <w:color w:val="837A6F"/>
              </w:rPr>
              <w:t>•</w:t>
            </w:r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krótkie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wideo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sylwetki</w:t>
            </w:r>
            <w:proofErr w:type="spellEnd"/>
            <w:r>
              <w:rPr>
                <w:color w:val="2C2C2C"/>
                <w:sz w:val="20"/>
              </w:rPr>
              <w:t>,</w:t>
            </w:r>
          </w:p>
          <w:p w14:paraId="2C565111" w14:textId="77777777" w:rsidR="007E39AC" w:rsidRDefault="00061FC5">
            <w:pPr>
              <w:ind w:left="216"/>
            </w:pPr>
            <w:r>
              <w:rPr>
                <w:b/>
                <w:color w:val="837A6F"/>
              </w:rPr>
              <w:t xml:space="preserve">• </w:t>
            </w:r>
            <w:proofErr w:type="spellStart"/>
            <w:r>
              <w:rPr>
                <w:color w:val="2C2C2C"/>
                <w:sz w:val="20"/>
              </w:rPr>
              <w:t>zdjęcia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sylwetki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celu</w:t>
            </w:r>
            <w:proofErr w:type="spellEnd"/>
            <w:r>
              <w:rPr>
                <w:color w:val="2C2C2C"/>
                <w:sz w:val="20"/>
              </w:rPr>
              <w:t xml:space="preserve">, </w:t>
            </w:r>
            <w:proofErr w:type="spellStart"/>
            <w:r>
              <w:rPr>
                <w:color w:val="2C2C2C"/>
                <w:sz w:val="20"/>
              </w:rPr>
              <w:t>czyli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sylwetki</w:t>
            </w:r>
            <w:proofErr w:type="spellEnd"/>
            <w:r>
              <w:rPr>
                <w:color w:val="2C2C2C"/>
                <w:sz w:val="20"/>
              </w:rPr>
              <w:t xml:space="preserve">, do </w:t>
            </w:r>
            <w:proofErr w:type="spellStart"/>
            <w:r>
              <w:rPr>
                <w:color w:val="2C2C2C"/>
                <w:sz w:val="20"/>
              </w:rPr>
              <w:t>której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chciałabyś</w:t>
            </w:r>
            <w:proofErr w:type="spellEnd"/>
            <w:r>
              <w:rPr>
                <w:color w:val="2C2C2C"/>
                <w:sz w:val="20"/>
              </w:rPr>
              <w:t xml:space="preserve"> </w:t>
            </w:r>
            <w:proofErr w:type="spellStart"/>
            <w:r>
              <w:rPr>
                <w:color w:val="2C2C2C"/>
                <w:sz w:val="20"/>
              </w:rPr>
              <w:t>dążyć</w:t>
            </w:r>
            <w:proofErr w:type="spellEnd"/>
            <w:r>
              <w:rPr>
                <w:color w:val="2C2C2C"/>
                <w:sz w:val="20"/>
              </w:rPr>
              <w:t>.</w:t>
            </w:r>
          </w:p>
        </w:tc>
      </w:tr>
    </w:tbl>
    <w:p w14:paraId="2FD523B7" w14:textId="77777777" w:rsidR="007E39AC" w:rsidRDefault="007E39AC">
      <w:pPr>
        <w:spacing w:after="40"/>
      </w:pPr>
    </w:p>
    <w:p w14:paraId="1EC7EDE3" w14:textId="77777777" w:rsidR="007E39AC" w:rsidRDefault="00061FC5">
      <w:pPr>
        <w:spacing w:after="120"/>
      </w:pPr>
      <w:proofErr w:type="spellStart"/>
      <w:r>
        <w:rPr>
          <w:color w:val="2C2C2C"/>
        </w:rPr>
        <w:t>Wyślij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formularz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oraz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materiały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na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adres</w:t>
      </w:r>
      <w:proofErr w:type="spellEnd"/>
      <w:r>
        <w:rPr>
          <w:color w:val="2C2C2C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88"/>
      </w:tblGrid>
      <w:tr w:rsidR="007E39AC" w14:paraId="0464C6C9" w14:textId="77777777">
        <w:trPr>
          <w:jc w:val="center"/>
        </w:trPr>
        <w:tc>
          <w:tcPr>
            <w:tcW w:w="10368" w:type="dxa"/>
            <w:tcBorders>
              <w:top w:val="single" w:sz="8" w:space="0" w:color="2C2C2C"/>
              <w:left w:val="single" w:sz="8" w:space="0" w:color="2C2C2C"/>
              <w:bottom w:val="single" w:sz="8" w:space="0" w:color="2C2C2C"/>
              <w:right w:val="single" w:sz="8" w:space="0" w:color="2C2C2C"/>
            </w:tcBorders>
            <w:shd w:val="clear" w:color="auto" w:fill="2C2C2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6FDDF19" w14:textId="77777777" w:rsidR="007E39AC" w:rsidRDefault="00061FC5">
            <w:pPr>
              <w:jc w:val="center"/>
            </w:pPr>
            <w:r>
              <w:rPr>
                <w:b/>
                <w:color w:val="FFFFFF"/>
                <w:sz w:val="32"/>
              </w:rPr>
              <w:t>rktrener@gmail.com</w:t>
            </w:r>
          </w:p>
        </w:tc>
      </w:tr>
    </w:tbl>
    <w:p w14:paraId="292AB482" w14:textId="77777777" w:rsidR="007E39AC" w:rsidRDefault="007E39AC">
      <w:pPr>
        <w:spacing w:after="40"/>
      </w:pPr>
    </w:p>
    <w:p w14:paraId="665BAE80" w14:textId="77777777" w:rsidR="007E39AC" w:rsidRDefault="00061FC5">
      <w:pPr>
        <w:spacing w:after="120"/>
      </w:pPr>
      <w:proofErr w:type="spellStart"/>
      <w:r>
        <w:rPr>
          <w:b/>
          <w:color w:val="2C2C2C"/>
        </w:rPr>
        <w:t>Dodatkowe</w:t>
      </w:r>
      <w:proofErr w:type="spellEnd"/>
      <w:r>
        <w:rPr>
          <w:b/>
          <w:color w:val="2C2C2C"/>
        </w:rPr>
        <w:t xml:space="preserve"> </w:t>
      </w:r>
      <w:proofErr w:type="spellStart"/>
      <w:r>
        <w:rPr>
          <w:b/>
          <w:color w:val="2C2C2C"/>
        </w:rPr>
        <w:t>informacje</w:t>
      </w:r>
      <w:proofErr w:type="spellEnd"/>
      <w:r>
        <w:rPr>
          <w:b/>
          <w:color w:val="2C2C2C"/>
        </w:rPr>
        <w:t xml:space="preserve"> ode </w:t>
      </w:r>
      <w:proofErr w:type="spellStart"/>
      <w:r>
        <w:rPr>
          <w:b/>
          <w:color w:val="2C2C2C"/>
        </w:rPr>
        <w:t>mnie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8"/>
      </w:tblGrid>
      <w:tr w:rsidR="007E39AC" w14:paraId="34B59D8D" w14:textId="77777777">
        <w:trPr>
          <w:jc w:val="center"/>
        </w:trPr>
        <w:tc>
          <w:tcPr>
            <w:tcW w:w="10368" w:type="dxa"/>
            <w:tcBorders>
              <w:top w:val="single" w:sz="8" w:space="0" w:color="DDD4CA"/>
              <w:left w:val="single" w:sz="8" w:space="0" w:color="DDD4CA"/>
              <w:bottom w:val="single" w:sz="8" w:space="0" w:color="DDD4CA"/>
              <w:right w:val="single" w:sz="8" w:space="0" w:color="DDD4CA"/>
            </w:tcBorders>
            <w:shd w:val="clear" w:color="auto" w:fill="FAF7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6424515" w14:textId="77777777" w:rsidR="007E39AC" w:rsidRDefault="00061FC5">
            <w:r>
              <w:rPr>
                <w:color w:val="8A8178"/>
                <w:sz w:val="20"/>
              </w:rPr>
              <w:t xml:space="preserve">Tutaj </w:t>
            </w:r>
            <w:proofErr w:type="spellStart"/>
            <w:r>
              <w:rPr>
                <w:color w:val="8A8178"/>
                <w:sz w:val="20"/>
              </w:rPr>
              <w:t>możesz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dopisać</w:t>
            </w:r>
            <w:proofErr w:type="spellEnd"/>
            <w:r>
              <w:rPr>
                <w:color w:val="8A8178"/>
                <w:sz w:val="20"/>
              </w:rPr>
              <w:t xml:space="preserve"> </w:t>
            </w:r>
            <w:proofErr w:type="spellStart"/>
            <w:r>
              <w:rPr>
                <w:color w:val="8A8178"/>
                <w:sz w:val="20"/>
              </w:rPr>
              <w:t>wszystko</w:t>
            </w:r>
            <w:proofErr w:type="spellEnd"/>
            <w:r>
              <w:rPr>
                <w:color w:val="8A8178"/>
                <w:sz w:val="20"/>
              </w:rPr>
              <w:t xml:space="preserve">, co </w:t>
            </w:r>
            <w:proofErr w:type="spellStart"/>
            <w:r>
              <w:rPr>
                <w:color w:val="8A8178"/>
                <w:sz w:val="20"/>
              </w:rPr>
              <w:t>uważasz</w:t>
            </w:r>
            <w:proofErr w:type="spellEnd"/>
            <w:r>
              <w:rPr>
                <w:color w:val="8A8178"/>
                <w:sz w:val="20"/>
              </w:rPr>
              <w:t xml:space="preserve"> za </w:t>
            </w:r>
            <w:proofErr w:type="spellStart"/>
            <w:r>
              <w:rPr>
                <w:color w:val="8A8178"/>
                <w:sz w:val="20"/>
              </w:rPr>
              <w:t>ważne</w:t>
            </w:r>
            <w:proofErr w:type="spellEnd"/>
            <w:r>
              <w:rPr>
                <w:color w:val="8A8178"/>
                <w:sz w:val="20"/>
              </w:rPr>
              <w:t>.</w:t>
            </w:r>
          </w:p>
          <w:p w14:paraId="176115A4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  <w:p w14:paraId="0287F459" w14:textId="77777777" w:rsidR="007E39AC" w:rsidRDefault="00061FC5">
            <w:r>
              <w:rPr>
                <w:color w:val="2C2C2C"/>
                <w:sz w:val="20"/>
              </w:rPr>
              <w:t xml:space="preserve"> </w:t>
            </w:r>
          </w:p>
        </w:tc>
      </w:tr>
    </w:tbl>
    <w:p w14:paraId="3669EBF0" w14:textId="77777777" w:rsidR="007E39AC" w:rsidRDefault="007E39AC">
      <w:pPr>
        <w:spacing w:after="40"/>
      </w:pPr>
    </w:p>
    <w:p w14:paraId="188D2C22" w14:textId="77777777" w:rsidR="007E39AC" w:rsidRDefault="00061FC5">
      <w:pPr>
        <w:spacing w:after="120"/>
      </w:pPr>
      <w:r>
        <w:rPr>
          <w:color w:val="6F665D"/>
          <w:sz w:val="18"/>
        </w:rPr>
        <w:t xml:space="preserve">Ten </w:t>
      </w:r>
      <w:proofErr w:type="spellStart"/>
      <w:r>
        <w:rPr>
          <w:color w:val="6F665D"/>
          <w:sz w:val="18"/>
        </w:rPr>
        <w:t>formularz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nie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wysyła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danych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automatycznie</w:t>
      </w:r>
      <w:proofErr w:type="spellEnd"/>
      <w:r>
        <w:rPr>
          <w:color w:val="6F665D"/>
          <w:sz w:val="18"/>
        </w:rPr>
        <w:t xml:space="preserve">. Po </w:t>
      </w:r>
      <w:proofErr w:type="spellStart"/>
      <w:r>
        <w:rPr>
          <w:color w:val="6F665D"/>
          <w:sz w:val="18"/>
        </w:rPr>
        <w:t>uzupełnieniu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wyślij</w:t>
      </w:r>
      <w:proofErr w:type="spellEnd"/>
      <w:r>
        <w:rPr>
          <w:color w:val="6F665D"/>
          <w:sz w:val="18"/>
        </w:rPr>
        <w:t xml:space="preserve"> go </w:t>
      </w:r>
      <w:proofErr w:type="spellStart"/>
      <w:r>
        <w:rPr>
          <w:color w:val="6F665D"/>
          <w:sz w:val="18"/>
        </w:rPr>
        <w:t>mailem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razem</w:t>
      </w:r>
      <w:proofErr w:type="spellEnd"/>
      <w:r>
        <w:rPr>
          <w:color w:val="6F665D"/>
          <w:sz w:val="18"/>
        </w:rPr>
        <w:t xml:space="preserve"> ze </w:t>
      </w:r>
      <w:proofErr w:type="spellStart"/>
      <w:r>
        <w:rPr>
          <w:color w:val="6F665D"/>
          <w:sz w:val="18"/>
        </w:rPr>
        <w:t>zdjęciami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i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ewentualnym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wideo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jako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osobne</w:t>
      </w:r>
      <w:proofErr w:type="spellEnd"/>
      <w:r>
        <w:rPr>
          <w:color w:val="6F665D"/>
          <w:sz w:val="18"/>
        </w:rPr>
        <w:t xml:space="preserve"> </w:t>
      </w:r>
      <w:proofErr w:type="spellStart"/>
      <w:r>
        <w:rPr>
          <w:color w:val="6F665D"/>
          <w:sz w:val="18"/>
        </w:rPr>
        <w:t>załączniki</w:t>
      </w:r>
      <w:proofErr w:type="spellEnd"/>
      <w:r>
        <w:rPr>
          <w:color w:val="6F665D"/>
          <w:sz w:val="18"/>
        </w:rPr>
        <w:t>.</w:t>
      </w:r>
    </w:p>
    <w:sectPr w:rsidR="007E39AC" w:rsidSect="00034616">
      <w:footerReference w:type="default" r:id="rId8"/>
      <w:pgSz w:w="12240" w:h="15840"/>
      <w:pgMar w:top="792" w:right="936" w:bottom="864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92A3B" w14:textId="77777777" w:rsidR="008A1A2B" w:rsidRDefault="008A1A2B">
      <w:pPr>
        <w:spacing w:after="0" w:line="240" w:lineRule="auto"/>
      </w:pPr>
      <w:r>
        <w:separator/>
      </w:r>
    </w:p>
  </w:endnote>
  <w:endnote w:type="continuationSeparator" w:id="0">
    <w:p w14:paraId="35DDCF1E" w14:textId="77777777" w:rsidR="008A1A2B" w:rsidRDefault="008A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4BAB" w14:textId="77777777" w:rsidR="007E39AC" w:rsidRDefault="00061FC5">
    <w:pPr>
      <w:pStyle w:val="Stopka"/>
      <w:jc w:val="center"/>
    </w:pPr>
    <w:proofErr w:type="spellStart"/>
    <w:r>
      <w:rPr>
        <w:color w:val="6F665D"/>
        <w:sz w:val="17"/>
      </w:rPr>
      <w:t>Formularz</w:t>
    </w:r>
    <w:proofErr w:type="spellEnd"/>
    <w:r>
      <w:rPr>
        <w:color w:val="6F665D"/>
        <w:sz w:val="17"/>
      </w:rPr>
      <w:t xml:space="preserve"> do </w:t>
    </w:r>
    <w:proofErr w:type="spellStart"/>
    <w:r>
      <w:rPr>
        <w:color w:val="6F665D"/>
        <w:sz w:val="17"/>
      </w:rPr>
      <w:t>Analizy</w:t>
    </w:r>
    <w:proofErr w:type="spellEnd"/>
    <w:r>
      <w:rPr>
        <w:color w:val="6F665D"/>
        <w:sz w:val="17"/>
      </w:rPr>
      <w:t xml:space="preserve"> </w:t>
    </w:r>
    <w:proofErr w:type="spellStart"/>
    <w:r>
      <w:rPr>
        <w:color w:val="6F665D"/>
        <w:sz w:val="17"/>
      </w:rPr>
      <w:t>Sylwetki</w:t>
    </w:r>
    <w:proofErr w:type="spellEnd"/>
    <w:r>
      <w:rPr>
        <w:color w:val="6F665D"/>
        <w:sz w:val="17"/>
      </w:rPr>
      <w:t xml:space="preserve"> | rktrener@gmail.com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196F" w14:textId="77777777" w:rsidR="008A1A2B" w:rsidRDefault="008A1A2B">
      <w:pPr>
        <w:spacing w:after="0" w:line="240" w:lineRule="auto"/>
      </w:pPr>
      <w:r>
        <w:separator/>
      </w:r>
    </w:p>
  </w:footnote>
  <w:footnote w:type="continuationSeparator" w:id="0">
    <w:p w14:paraId="2642C18B" w14:textId="77777777" w:rsidR="008A1A2B" w:rsidRDefault="008A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542BAE"/>
    <w:multiLevelType w:val="multilevel"/>
    <w:tmpl w:val="F600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438055">
    <w:abstractNumId w:val="8"/>
  </w:num>
  <w:num w:numId="2" w16cid:durableId="1880438314">
    <w:abstractNumId w:val="6"/>
  </w:num>
  <w:num w:numId="3" w16cid:durableId="1467351445">
    <w:abstractNumId w:val="5"/>
  </w:num>
  <w:num w:numId="4" w16cid:durableId="376704781">
    <w:abstractNumId w:val="4"/>
  </w:num>
  <w:num w:numId="5" w16cid:durableId="1233004481">
    <w:abstractNumId w:val="7"/>
  </w:num>
  <w:num w:numId="6" w16cid:durableId="300966747">
    <w:abstractNumId w:val="3"/>
  </w:num>
  <w:num w:numId="7" w16cid:durableId="1990087777">
    <w:abstractNumId w:val="2"/>
  </w:num>
  <w:num w:numId="8" w16cid:durableId="862406250">
    <w:abstractNumId w:val="1"/>
  </w:num>
  <w:num w:numId="9" w16cid:durableId="1879777370">
    <w:abstractNumId w:val="0"/>
  </w:num>
  <w:num w:numId="10" w16cid:durableId="1275942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FC5"/>
    <w:rsid w:val="000A158A"/>
    <w:rsid w:val="0015074B"/>
    <w:rsid w:val="0029639D"/>
    <w:rsid w:val="00326F90"/>
    <w:rsid w:val="005E74EA"/>
    <w:rsid w:val="007E39AC"/>
    <w:rsid w:val="008243BF"/>
    <w:rsid w:val="00876581"/>
    <w:rsid w:val="00896E56"/>
    <w:rsid w:val="008A1A2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DD85D"/>
  <w14:defaultImageDpi w14:val="330"/>
  <w15:docId w15:val="{17D928D5-B71E-4DF1-8AD7-73A172B9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Radosław k</cp:lastModifiedBy>
  <cp:revision>4</cp:revision>
  <dcterms:created xsi:type="dcterms:W3CDTF">2013-12-23T23:15:00Z</dcterms:created>
  <dcterms:modified xsi:type="dcterms:W3CDTF">2026-07-07T18:48:00Z</dcterms:modified>
  <cp:category/>
</cp:coreProperties>
</file>